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364"/>
          <w:sz w:val="32"/>
        </w:rPr>
        <w:t>北交计算机学院 推免套磁邮件（2封）</w:t>
      </w:r>
    </w:p>
    <w:p>
      <w:r>
        <w:t>发件：建议用163或guet校园邮箱（Gmail可能进垃圾箱）｜附件：个人简历.pdf + 论文.pdf + 成绩单(含2/96排名).pdf</w:t>
      </w:r>
    </w:p>
    <w:p>
      <w:r>
        <w:t>⚠️死线：9/11（今天）中午12:00前导师组须考核通过报名单，上午尽早发！发后可主动留意邮件/电话。</w:t>
      </w:r>
    </w:p>
    <w:p>
      <w:r>
        <w:rPr>
          <w:b/>
          <w:color w:val="2E6FB5"/>
          <w:sz w:val="28"/>
        </w:rPr>
        <w:t>1. 黄晓雯老师　⭐绝配·LLM推荐/用户建模</w:t>
      </w:r>
    </w:p>
    <w:p>
      <w:r>
        <w:t>收件人：xwhuang@bjtu.edu.cn</w:t>
      </w:r>
    </w:p>
    <w:p>
      <w:r>
        <w:t>研究方向：社会媒体计算、用户建模、推荐系统、AI Agents（KDD2026 ITDR、WWW2025 CSHI）</w:t>
      </w:r>
    </w:p>
    <w:p>
      <w:r>
        <w:t>主题：2027推免硕士自荐-桂林电子科技大学叶西佳（LLM用户建模/推荐方向）</w:t>
      </w:r>
    </w:p>
    <w:p/>
    <w:p>
      <w:r>
        <w:t>尊敬的黄晓雯老师：</w:t>
      </w:r>
    </w:p>
    <w:p>
      <w:r>
        <w:t xml:space="preserve">　　您好！我是桂林电子科技大学计算机与信息安全学院智能科学与技术专业2023级本科生叶西佳，专业排名2/96，预计获得本校2027届推免资格。我已在北京交通大学推免系统报名计算机学院人工智能专业。拜读了您团队在LLM推荐方向的工作（如KDD 2026的ITDR指令微调增强推荐、WWW 2025的LLM用户模拟器CSHI），非常向往，冒昧致信，希望能有机会在您指导下攻读硕士学位。</w:t>
      </w:r>
    </w:p>
    <w:p>
      <w:r>
        <w:t xml:space="preserve">　　我以第一作者完成的论文“iCoLoc: An Interactive System for Spatial Co-location Pattern Mining via LLM-Guided Intent and Contrastive Preference Learning”被APWeb-WAIM 2026（CCF-C）录用，并于9月8日在会上做了英文口头报告。该工作用LLM解析用户自然语言意图、以对比学习建模用户偏好并依据反馈迭代重排，将排序准确率从0.80提升至0.98——与您团队的LLM推荐和用户建模方向高度一致，也让我对LLM驱动的个性化系统产生了强烈兴趣。此外，我主持过自治区级大创项目，获蓝桥杯Python大学B组全国二等奖，并在系统学习RLHF、DPO等对齐技术。</w:t>
      </w:r>
    </w:p>
    <w:p>
      <w:r>
        <w:t xml:space="preserve">　　我了解到北交推免需在9月11日中午前通过导师组考核，时间紧迫，恳请老师若今年还有推免硕士名额，能给我一个参加考核或线上面谈的机会。附件为个人简历、论文全文与成绩单，我随时可以参加面试。</w:t>
      </w:r>
    </w:p>
    <w:p>
      <w:r>
        <w:t xml:space="preserve">　　顺颂研安！</w:t>
      </w:r>
    </w:p>
    <w:p>
      <w:r>
        <w:t xml:space="preserve">　　叶西佳</w:t>
        <w:br/>
        <w:t xml:space="preserve">　　桂林电子科技大学 智能科学与技术 2023级</w:t>
        <w:br/>
        <w:t xml:space="preserve">　　学号：2300350128　电话：15577385181</w:t>
        <w:br/>
        <w:t xml:space="preserve">　　邮箱：（填发信的163/校园邮箱）</w:t>
      </w:r>
    </w:p>
    <w:p/>
    <w:p>
      <w:r>
        <w:rPr>
          <w:b/>
          <w:color w:val="2E6FB5"/>
          <w:sz w:val="28"/>
        </w:rPr>
        <w:t>2. 郭晟楠老师　⭐绝配·空间数据挖掘对口</w:t>
      </w:r>
    </w:p>
    <w:p>
      <w:r>
        <w:t>收件人：guoshn@bjtu.edu.cn</w:t>
      </w:r>
    </w:p>
    <w:p>
      <w:r>
        <w:t>研究方向：时空数据智能、世界模型、具身智能（ACM SIGSPATIAL 2026空间数据智能新星学者；KDD/ICDE 40+篇；学生多就业字节/美团）</w:t>
      </w:r>
    </w:p>
    <w:p>
      <w:r>
        <w:t>主题：2027推免硕士自荐-桂林电子科技大学叶西佳（空间数据挖掘/时空智能方向）</w:t>
      </w:r>
    </w:p>
    <w:p/>
    <w:p>
      <w:r>
        <w:t>尊敬的郭晟楠老师：</w:t>
      </w:r>
    </w:p>
    <w:p>
      <w:r>
        <w:t xml:space="preserve">　　您好！我是桂林电子科技大学计算机与信息安全学院智能科学与技术专业2023级本科生叶西佳，专业排名2/96，预计获得本校2027届推免资格，已在北京交通大学推免系统报名计算机学院人工智能专业。关注到您在时空数据智能方向的工作（您也是ACM SIGSPATIAL 2026“空间数据智能新星学者”），与我的空间数据挖掘科研经历非常契合，冒昧致信，希望能在您指导下攻读硕士学位。</w:t>
      </w:r>
    </w:p>
    <w:p>
      <w:r>
        <w:t xml:space="preserve">　　我以第一作者完成的论文“iCoLoc: An Interactive System for Spatial Co-location Pattern Mining via LLM-Guided Intent and Contrastive Preference Learning”被APWeb-WAIM 2026（CCF-C）录用，并于9月8日在会上做了英文口头报告。该工作面向北京POI空间数据，用LLM解析自然语言查询意图，结合Join-Base共现模式挖掘与对比偏好学习迭代重排，将排序准确率从0.80提升至0.98。这段空间数据挖掘的完整研究经历，让我对时空数据表示学习与智能挖掘产生了强烈兴趣。我还主持过自治区级大创项目，获蓝桥杯Python大学B组全国二等奖。</w:t>
      </w:r>
    </w:p>
    <w:p>
      <w:r>
        <w:t xml:space="preserve">　　我了解到北交推免需在9月11日中午前通过导师组考核，时间紧迫，恳请老师若今年还有推免硕士名额，能给我一个参加考核或线上面谈的机会。附件为简历、论文全文与成绩单，随时可参加面试。</w:t>
      </w:r>
    </w:p>
    <w:p>
      <w:r>
        <w:t xml:space="preserve">　　顺颂研安！</w:t>
      </w:r>
    </w:p>
    <w:p>
      <w:r>
        <w:t xml:space="preserve">　　叶西佳</w:t>
        <w:br/>
        <w:t xml:space="preserve">　　桂林电子科技大学 智能科学与技术 2023级</w:t>
        <w:br/>
        <w:t xml:space="preserve">　　学号：2300350128　电话：15577385181</w:t>
        <w:br/>
        <w:t xml:space="preserve">　　邮箱：（填发信的163/校园邮箱）</w:t>
      </w:r>
    </w:p>
    <w:p/>
    <w:p>
      <w:r>
        <w:rPr>
          <w:b/>
        </w:rPr>
        <w:t>发送提醒</w:t>
      </w:r>
    </w:p>
    <w:p>
      <w:r>
        <w:t>1. 两封可都发（同一学院不同方向/团队：黄晓雯=LLM推荐，郭晟楠=时空数据），但今天同院最多2封，间隔1小时以上，不要再加发第三位。</w:t>
      </w:r>
    </w:p>
    <w:p>
      <w:r>
        <w:t>2. 用163/校园邮箱，发件昵称“叶西佳”，3个PDF附件齐全。</w:t>
      </w:r>
    </w:p>
    <w:p>
      <w:r>
        <w:t>3. 发出后若老师有意向会邮件/电话联系考核，保持手机畅通；中午前无回复可在10:30左右礼貌追问一封。</w:t>
      </w:r>
    </w:p>
    <w:p>
      <w:r>
        <w:t>4. 备选：万怀宇教授 hywan@bjtu.edu.cn（数据与知识工程/NLP，系主任，偏资深）。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