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4"/>
        </w:rPr>
        <w:t>北邮计算机学院 推免套磁邮件（4 封）</w:t>
      </w:r>
    </w:p>
    <w:p>
      <w:r>
        <w:rPr>
          <w:color w:val="555555"/>
          <w:sz w:val="21"/>
        </w:rPr>
        <w:t>发件：yexijia1124@gmail.com（Gmail，勿用QQ邮箱）｜ 附件：简历PDF + 论文全文 + 成绩单（教务处公章）</w:t>
      </w:r>
    </w:p>
    <w:p>
      <w:r>
        <w:rPr>
          <w:color w:val="555555"/>
          <w:sz w:val="21"/>
        </w:rPr>
        <w:t>发送顺序：先在北邮系统 yzfs.bupt.edu.cn 确认能新增『计算机学院』志愿（9/10 17:00 截止），报上后再发邮件。同一学院最多发 2-3 封，勿群发全部。</w:t>
      </w:r>
    </w:p>
    <w:p>
      <w:r>
        <w:rPr>
          <w:color w:val="555555"/>
          <w:sz w:val="21"/>
        </w:rPr>
        <w:t>建议优先级：①白婷（最匹配）②庄子睿（年轻老师、名额相对宽松）③陈晋鹏 ④石川（大牛、名额可能紧，可作冲刺）</w:t>
      </w:r>
    </w:p>
    <w:p/>
    <w:p>
      <w:r>
        <w:rPr>
          <w:b/>
          <w:color w:val="2E6FB5"/>
          <w:sz w:val="28"/>
        </w:rPr>
        <w:t>1. 白婷老师</w:t>
      </w:r>
    </w:p>
    <w:p>
      <w:r>
        <w:rPr>
          <w:color w:val="555555"/>
          <w:sz w:val="21"/>
        </w:rPr>
        <w:t>收件人：baiting@bupt.edu.cn</w:t>
      </w:r>
    </w:p>
    <w:p>
      <w:r>
        <w:rPr>
          <w:color w:val="555555"/>
          <w:sz w:val="21"/>
        </w:rPr>
        <w:t>研究方向：数据挖掘、个性化推荐系统、大模型应用</w:t>
      </w:r>
    </w:p>
    <w:p>
      <w:r>
        <w:rPr>
          <w:color w:val="555555"/>
          <w:sz w:val="21"/>
        </w:rPr>
        <w:t>主题：2027级推免硕士自荐-桂林电子科技大学叶西佳（数据挖掘/推荐系统方向）</w:t>
      </w:r>
    </w:p>
    <w:p/>
    <w:p>
      <w:r>
        <w:t>尊敬的白婷老师：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届推免资格。我已在北京邮电大学推免招生系统报名，久仰您在数据挖掘、个性化推荐系统、大模型应用方向的研究，与我的科研经历高度契合，冒昧致信，希望能有机会在您指导下攻读硕士学位。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0.98。其核心思想——用用户反馈持续优化个性化排序——与推荐系统中的用户建模和个性化排序一脉相承。</w:t>
      </w:r>
    </w:p>
    <w:p>
      <w:r>
        <w:t xml:space="preserve">　　此外，我主持了自治区级大学生创新训练项目，并获第十七届蓝桥杯 Python 程序设计大学 B 组全国总决赛二等奖。我对数据挖掘、个性化推荐系统、大模型应用方向有浓厚兴趣，也在系统学习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2. 庄子睿老师</w:t>
      </w:r>
    </w:p>
    <w:p>
      <w:r>
        <w:rPr>
          <w:color w:val="555555"/>
          <w:sz w:val="21"/>
        </w:rPr>
        <w:t>收件人：zhuangzirui@bupt.edu.cn</w:t>
      </w:r>
    </w:p>
    <w:p>
      <w:r>
        <w:rPr>
          <w:color w:val="555555"/>
          <w:sz w:val="21"/>
        </w:rPr>
        <w:t>研究方向：自然语言处理、知识图谱、多模态</w:t>
      </w:r>
    </w:p>
    <w:p>
      <w:r>
        <w:rPr>
          <w:color w:val="555555"/>
          <w:sz w:val="21"/>
        </w:rPr>
        <w:t>主题：2027级推免硕士自荐-桂林电子科技大学叶西佳（NLP/知识图谱方向）</w:t>
      </w:r>
    </w:p>
    <w:p/>
    <w:p>
      <w:r>
        <w:t>尊敬的庄子睿老师：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届推免资格。我已在北京邮电大学推免招生系统报名，久仰您在自然语言处理、知识图谱、多模态方向的研究，与我的科研经历高度契合，冒昧致信，希望能有机会在您指导下攻读硕士学位。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0.98。其中由 LLM 解析自然语言意图、并结合结构化知识进行推理的思路，与您在自然语言处理和知识图谱方向的研究十分相近。</w:t>
      </w:r>
    </w:p>
    <w:p>
      <w:r>
        <w:t xml:space="preserve">　　此外，我主持了自治区级大学生创新训练项目，并获第十七届蓝桥杯 Python 程序设计大学 B 组全国总决赛二等奖。我对自然语言处理、知识图谱、多模态方向有浓厚兴趣，也在系统学习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3. 陈晋鹏老师</w:t>
      </w:r>
    </w:p>
    <w:p>
      <w:r>
        <w:rPr>
          <w:color w:val="555555"/>
          <w:sz w:val="21"/>
        </w:rPr>
        <w:t>收件人：jpchen@bupt.edu.cn</w:t>
      </w:r>
    </w:p>
    <w:p>
      <w:r>
        <w:rPr>
          <w:color w:val="555555"/>
          <w:sz w:val="21"/>
        </w:rPr>
        <w:t>研究方向：数据挖掘与智能计算、人工智能应用、多模态信息处理、推荐系统</w:t>
      </w:r>
    </w:p>
    <w:p>
      <w:r>
        <w:rPr>
          <w:color w:val="555555"/>
          <w:sz w:val="21"/>
        </w:rPr>
        <w:t>主题：2027级推免硕士自荐-桂林电子科技大学叶西佳（数据挖掘/智能计算方向）</w:t>
      </w:r>
    </w:p>
    <w:p/>
    <w:p>
      <w:r>
        <w:t>尊敬的陈晋鹏老师：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与智能计算、人工智能应用、多模态信息处理、推荐系统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0.98。其数据挖掘与智能推荐的技术路线，与您在数据挖掘、智能计算和推荐系统方向的工作高度相关。</w:t>
      </w:r>
    </w:p>
    <w:p>
      <w:r>
        <w:t xml:space="preserve">　　此外，我主持了自治区级大学生创新训练项目，并获第十七届蓝桥杯 Python 程序设计大学 B 组全国总决赛二等奖。我对数据挖掘与智能计算、人工智能应用、多模态信息处理、推荐系统方向有浓厚兴趣，也在系统学习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4. 石川老师</w:t>
      </w:r>
    </w:p>
    <w:p>
      <w:r>
        <w:rPr>
          <w:color w:val="555555"/>
          <w:sz w:val="21"/>
        </w:rPr>
        <w:t>收件人：shichuan@bupt.edu.cn</w:t>
      </w:r>
    </w:p>
    <w:p>
      <w:r>
        <w:rPr>
          <w:color w:val="555555"/>
          <w:sz w:val="21"/>
        </w:rPr>
        <w:t>研究方向：数据挖掘、机器学习、人工智能、大数据分析</w:t>
      </w:r>
    </w:p>
    <w:p>
      <w:r>
        <w:rPr>
          <w:color w:val="555555"/>
          <w:sz w:val="21"/>
        </w:rPr>
        <w:t>主题：2027级推免硕士自荐-桂林电子科技大学叶西佳（数据挖掘/机器学习方向（冲刺））</w:t>
      </w:r>
    </w:p>
    <w:p/>
    <w:p>
      <w:r>
        <w:t>尊敬的石川老师：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届推免资格。我已在北京邮电大学推免招生系统报名，久仰您在数据挖掘、机器学习、人工智能、大数据分析方向的研究，与我的科研经历高度契合，冒昧致信，希望能有机会在您指导下攻读硕士学位。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0.98。其面向真实数据的模式挖掘与机器学习方法，与您在数据挖掘和机器学习方向的研究非常契合。</w:t>
      </w:r>
    </w:p>
    <w:p>
      <w:r>
        <w:t xml:space="preserve">　　此外，我主持了自治区级大学生创新训练项目，并获第十七届蓝桥杯 Python 程序设计大学 B 组全国总决赛二等奖。我对数据挖掘、机器学习、人工智能、大数据分析方向有浓厚兴趣，也在系统学习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发送提醒</w:t>
      </w:r>
    </w:p>
    <w:p>
      <w:pPr>
        <w:spacing w:after="80"/>
      </w:pPr>
      <w:r>
        <w:t>1. 4 封不要全发：建议先发①白婷、②庄子睿；若无回复再考虑③陈晋鹏；④石川为大牛冲刺，名额可能紧张。</w:t>
      </w:r>
    </w:p>
    <w:p>
      <w:pPr>
        <w:spacing w:after="80"/>
      </w:pPr>
      <w:r>
        <w:t>2. 每封邮件第一段方向描述、第二段 match_line 已按老师方向定制，直接复制即可，不用改。</w:t>
      </w:r>
    </w:p>
    <w:p>
      <w:pPr>
        <w:spacing w:after="80"/>
      </w:pPr>
      <w:r>
        <w:t>3. 用 Gmail 发，标题/正文别带“群发”痕迹；发送间隔开（不要同一分钟发多封）。</w:t>
      </w:r>
    </w:p>
    <w:p>
      <w:pPr>
        <w:spacing w:after="80"/>
      </w:pPr>
      <w:r>
        <w:t>4. 系统志愿 9/10 17:00 截止，务必先确认系统能报计算机学院，再发套磁信，师出有名。</w:t>
      </w:r>
    </w:p>
    <w:p>
      <w:pPr>
        <w:spacing w:after="80"/>
      </w:pPr>
      <w:r>
        <w:t>5. 成绩单需教务处彩色公章，电子版转图片格式上传防公章消失。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