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364"/>
          <w:sz w:val="34"/>
        </w:rPr>
        <w:t>北邮计算机学院 推免套磁邮件（7 封·弹药库）</w:t>
      </w:r>
    </w:p>
    <w:p>
      <w:r>
        <w:rPr>
          <w:color w:val="555555"/>
          <w:sz w:val="21"/>
        </w:rPr>
        <w:t>发件：yexijia1124@gmail.com（Gmail，勿用QQ邮箱）｜ 附件：简历PDF + 论文全文 + 成绩单（教务处公章）</w:t>
      </w:r>
    </w:p>
    <w:p>
      <w:r>
        <w:rPr>
          <w:color w:val="555555"/>
          <w:sz w:val="21"/>
        </w:rPr>
        <w:t>前提：先在北邮系统 yzfs.bupt.edu.cn 确认能新增『计算机学院』志愿（9/10 17:00 截止），报上后再发邮件。</w:t>
      </w:r>
    </w:p>
    <w:p>
      <w:r>
        <w:rPr>
          <w:color w:val="555555"/>
          <w:sz w:val="21"/>
        </w:rPr>
        <w:t>发送纪律：同一学院不要群发全部 7 封！建议第一批发①②③（2-3封），间隔开时间；4-5 天无回复再补发④⑤。⑥⑦为大牛/组长，冲刺用，谨慎发。</w:t>
      </w:r>
    </w:p>
    <w:p/>
    <w:p>
      <w:r>
        <w:rPr>
          <w:b/>
          <w:color w:val="2E6FB5"/>
          <w:sz w:val="28"/>
        </w:rPr>
        <w:t>1. 白婷老师　⭐首推·方向最匹配</w:t>
      </w:r>
    </w:p>
    <w:p>
      <w:r>
        <w:rPr>
          <w:color w:val="555555"/>
          <w:sz w:val="21"/>
        </w:rPr>
        <w:t>收件人：baiting@bupt.edu.cn</w:t>
      </w:r>
    </w:p>
    <w:p>
      <w:r>
        <w:rPr>
          <w:color w:val="555555"/>
          <w:sz w:val="21"/>
        </w:rPr>
        <w:t>研究方向：数据挖掘、个性化推荐系统、大模型应用</w:t>
      </w:r>
    </w:p>
    <w:p>
      <w:r>
        <w:rPr>
          <w:color w:val="555555"/>
          <w:sz w:val="21"/>
        </w:rPr>
        <w:t>主题：2027级推免硕士自荐-桂林电子科技大学叶西佳（数据挖掘方向）</w:t>
      </w:r>
    </w:p>
    <w:p/>
    <w:p>
      <w:r>
        <w:t>尊敬的白婷老师：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届推免资格。我已在北京邮电大学推免招生系统报名，久仰您在数据挖掘、个性化推荐系统、大模型应用方向的研究，与我的科研经历高度契合，冒昧致信，希望能有机会在您指导下攻读硕士学位。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0.98。其核心思想——用用户反馈持续优化个性化排序——与推荐系统中的用户建模和个性化排序一脉相承。</w:t>
      </w:r>
    </w:p>
    <w:p>
      <w:r>
        <w:t xml:space="preserve">　　此外，我主持了自治区级大学生创新训练项目，并获第十七届蓝桥杯 Python 程序设计大学 B 组全国总决赛二等奖。我对数据挖掘、个性化推荐系统、大模型应用方向有浓厚兴趣，也在系统学习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2. 庄子睿老师　⭐推荐·年轻老师名额宽松</w:t>
      </w:r>
    </w:p>
    <w:p>
      <w:r>
        <w:rPr>
          <w:color w:val="555555"/>
          <w:sz w:val="21"/>
        </w:rPr>
        <w:t>收件人：zhuangzirui@bupt.edu.cn</w:t>
      </w:r>
    </w:p>
    <w:p>
      <w:r>
        <w:rPr>
          <w:color w:val="555555"/>
          <w:sz w:val="21"/>
        </w:rPr>
        <w:t>研究方向：自然语言处理、知识图谱、多模态</w:t>
      </w:r>
    </w:p>
    <w:p>
      <w:r>
        <w:rPr>
          <w:color w:val="555555"/>
          <w:sz w:val="21"/>
        </w:rPr>
        <w:t>主题：2027级推免硕士自荐-桂林电子科技大学叶西佳（自然语言处理方向）</w:t>
      </w:r>
    </w:p>
    <w:p/>
    <w:p>
      <w:r>
        <w:t>尊敬的庄子睿老师：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届推免资格。我已在北京邮电大学推免招生系统报名，久仰您在自然语言处理、知识图谱、多模态方向的研究，与我的科研经历高度契合，冒昧致信，希望能有机会在您指导下攻读硕士学位。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0.98。其中由 LLM 解析自然语言意图、并结合结构化知识进行推理的思路，与您在自然语言处理和知识图谱方向的研究十分相近。</w:t>
      </w:r>
    </w:p>
    <w:p>
      <w:r>
        <w:t xml:space="preserve">　　此外，我主持了自治区级大学生创新训练项目，并获第十七届蓝桥杯 Python 程序设计大学 B 组全国总决赛二等奖。我对自然语言处理、知识图谱、多模态方向有浓厚兴趣，也在系统学习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3. 陈晋鹏老师　⭐推荐·数据挖掘组</w:t>
      </w:r>
    </w:p>
    <w:p>
      <w:r>
        <w:rPr>
          <w:color w:val="555555"/>
          <w:sz w:val="21"/>
        </w:rPr>
        <w:t>收件人：jpchen@bupt.edu.cn</w:t>
      </w:r>
    </w:p>
    <w:p>
      <w:r>
        <w:rPr>
          <w:color w:val="555555"/>
          <w:sz w:val="21"/>
        </w:rPr>
        <w:t>研究方向：数据挖掘与智能计算、人工智能应用、多模态信息处理、推荐系统</w:t>
      </w:r>
    </w:p>
    <w:p>
      <w:r>
        <w:rPr>
          <w:color w:val="555555"/>
          <w:sz w:val="21"/>
        </w:rPr>
        <w:t>主题：2027级推免硕士自荐-桂林电子科技大学叶西佳（数据挖掘与智能计算方向）</w:t>
      </w:r>
    </w:p>
    <w:p/>
    <w:p>
      <w:r>
        <w:t>尊敬的陈晋鹏老师：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与智能计算、人工智能应用、多模态信息处理、推荐系统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0.98。其数据挖掘与智能推荐的技术路线，与您在数据挖掘、智能计算和推荐系统方向的工作高度相关。</w:t>
      </w:r>
    </w:p>
    <w:p>
      <w:r>
        <w:t xml:space="preserve">　　此外，我主持了自治区级大学生创新训练项目，并获第十七届蓝桥杯 Python 程序设计大学 B 组全国总决赛二等奖。我对数据挖掘与智能计算、人工智能应用、多模态信息处理、推荐系统方向有浓厚兴趣，也在系统学习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4. 杨娟老师　备选·大数据组硕导</w:t>
      </w:r>
    </w:p>
    <w:p>
      <w:r>
        <w:rPr>
          <w:color w:val="555555"/>
          <w:sz w:val="21"/>
        </w:rPr>
        <w:t>收件人：yangjuan@bupt.edu.cn</w:t>
      </w:r>
    </w:p>
    <w:p>
      <w:r>
        <w:rPr>
          <w:color w:val="555555"/>
          <w:sz w:val="21"/>
        </w:rPr>
        <w:t>研究方向：云计算、大数据技术、智能信息处理</w:t>
      </w:r>
    </w:p>
    <w:p>
      <w:r>
        <w:rPr>
          <w:color w:val="555555"/>
          <w:sz w:val="21"/>
        </w:rPr>
        <w:t>主题：2027级推免硕士自荐-桂林电子科技大学叶西佳（云计算方向）</w:t>
      </w:r>
    </w:p>
    <w:p/>
    <w:p>
      <w:r>
        <w:t>尊敬的杨娟老师：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届推免资格。我已在北京邮电大学推免招生系统报名，久仰您在云计算、大数据技术、智能信息处理方向的研究，与我的科研经历高度契合，冒昧致信，希望能有机会在您指导下攻读硕士学位。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0.98。其面向大规模空间数据的挖掘与智能处理方法，与您在大数据技术和智能信息处理方向的工作相通。</w:t>
      </w:r>
    </w:p>
    <w:p>
      <w:r>
        <w:t xml:space="preserve">　　此外，我主持了自治区级大学生创新训练项目，并获第十七届蓝桥杯 Python 程序设计大学 B 组全国总决赛二等奖。我对云计算、大数据技术、智能信息处理方向有浓厚兴趣，也在系统学习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5. 吴斌老师　备选·教授博导</w:t>
      </w:r>
    </w:p>
    <w:p>
      <w:r>
        <w:rPr>
          <w:color w:val="555555"/>
          <w:sz w:val="21"/>
        </w:rPr>
        <w:t>收件人：wubin@bupt.edu.cn</w:t>
      </w:r>
    </w:p>
    <w:p>
      <w:r>
        <w:rPr>
          <w:color w:val="555555"/>
          <w:sz w:val="21"/>
        </w:rPr>
        <w:t>研究方向：数据挖掘、复杂网络、云计算与大数据技术、商务智能</w:t>
      </w:r>
    </w:p>
    <w:p>
      <w:r>
        <w:rPr>
          <w:color w:val="555555"/>
          <w:sz w:val="21"/>
        </w:rPr>
        <w:t>主题：2027级推免硕士自荐-桂林电子科技大学叶西佳（数据挖掘方向）</w:t>
      </w:r>
    </w:p>
    <w:p/>
    <w:p>
      <w:r>
        <w:t>尊敬的吴斌老师：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届推免资格。我已在北京邮电大学推免招生系统报名，久仰您在数据挖掘、复杂网络、云计算与大数据技术、商务智能方向的研究，与我的科研经历高度契合，冒昧致信，希望能有机会在您指导下攻读硕士学位。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0.98。其中空间实例关系建模与图结构模式挖掘的思路，与您在数据挖掘和复杂网络分析方向的研究高度契合。</w:t>
      </w:r>
    </w:p>
    <w:p>
      <w:r>
        <w:t xml:space="preserve">　　此外，我主持了自治区级大学生创新训练项目，并获第十七届蓝桥杯 Python 程序设计大学 B 组全国总决赛二等奖。我对数据挖掘、复杂网络、云计算与大数据技术、商务智能方向有浓厚兴趣，也在系统学习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6. 石川老师　冲刺·长江学者/GAMMA Lab，名额紧</w:t>
      </w:r>
    </w:p>
    <w:p>
      <w:r>
        <w:rPr>
          <w:color w:val="555555"/>
          <w:sz w:val="21"/>
        </w:rPr>
        <w:t>收件人：shichuan@bupt.edu.cn</w:t>
      </w:r>
    </w:p>
    <w:p>
      <w:r>
        <w:rPr>
          <w:color w:val="555555"/>
          <w:sz w:val="21"/>
        </w:rPr>
        <w:t>研究方向：图数据挖掘、机器学习、图神经网络、人工智能</w:t>
      </w:r>
    </w:p>
    <w:p>
      <w:r>
        <w:rPr>
          <w:color w:val="555555"/>
          <w:sz w:val="21"/>
        </w:rPr>
        <w:t>主题：2027级推免硕士自荐-桂林电子科技大学叶西佳（图数据挖掘方向）</w:t>
      </w:r>
    </w:p>
    <w:p/>
    <w:p>
      <w:r>
        <w:t>尊敬的石川老师：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届推免资格。我已在北京邮电大学推免招生系统报名，久仰您在图数据挖掘、机器学习、图神经网络、人工智能方向的研究，与我的科研经历高度契合，冒昧致信，希望能有机会在您指导下攻读硕士学位。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0.98。其面向真实数据的模式挖掘与机器学习方法，与您在图数据挖掘和机器学习方向的研究非常契合。</w:t>
      </w:r>
    </w:p>
    <w:p>
      <w:r>
        <w:t xml:space="preserve">　　此外，我主持了自治区级大学生创新训练项目，并获第十七届蓝桥杯 Python 程序设计大学 B 组全国总决赛二等奖。我对图数据挖掘、机器学习、图神经网络、人工智能方向有浓厚兴趣，也在系统学习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7. 宋美娜老师　冲刺·招生组长/教授博导</w:t>
      </w:r>
    </w:p>
    <w:p>
      <w:r>
        <w:rPr>
          <w:color w:val="555555"/>
          <w:sz w:val="21"/>
        </w:rPr>
        <w:t>收件人：mnsong@bupt.edu.cn</w:t>
      </w:r>
    </w:p>
    <w:p>
      <w:r>
        <w:rPr>
          <w:color w:val="555555"/>
          <w:sz w:val="21"/>
        </w:rPr>
        <w:t>研究方向：大数据、机器学习、行业智能应用（招生组长）</w:t>
      </w:r>
    </w:p>
    <w:p>
      <w:r>
        <w:rPr>
          <w:color w:val="555555"/>
          <w:sz w:val="21"/>
        </w:rPr>
        <w:t>主题：2027级推免硕士自荐-桂林电子科技大学叶西佳（大数据方向）</w:t>
      </w:r>
    </w:p>
    <w:p/>
    <w:p>
      <w:r>
        <w:t>尊敬的宋美娜老师：</w:t>
      </w:r>
    </w:p>
    <w:p>
      <w:r>
        <w:t xml:space="preserve">　　您好！</w:t>
      </w:r>
    </w:p>
    <w:p>
      <w:r>
        <w:t xml:space="preserve">　　我是桂林电子科技大学计算机与信息安全学院智能科学与技术专业 2023 级本科生叶西佳，专业排名 6/96，预计可获得本校 2027 届推免资格。我已在北京邮电大学推免招生系统报名，久仰您在大数据、机器学习、行业智能应用（招生组长）方向的研究，与我的科研经历高度契合，冒昧致信，希望能有机会在您指导下攻读硕士学位。</w:t>
      </w:r>
    </w:p>
    <w:p>
      <w:r>
        <w:t xml:space="preserve">　　科研方面，我以第一作者完成的论文“iCoLoc: An Interactive System for Spatial Co-location Pattern Mining via LLM-Guided Intent and Contrastive Preference Learning”被 APWeb-WAIM 2026（CCF 推荐 C 类国际会议）录用，并于 9 月 8 日在会上做了英文口头报告。该工作用大语言模型解析用户自然语言查询、以对比学习建模用户偏好并迭代重排空间模式，将排序准确率从 0.80 提升至 0.98。其数据挖掘与机器学习落地到真实场景的研究思路，与您团队大数据与行业智能应用方向一致。</w:t>
      </w:r>
    </w:p>
    <w:p>
      <w:r>
        <w:t xml:space="preserve">　　此外，我主持了自治区级大学生创新训练项目，并获第十七届蓝桥杯 Python 程序设计大学 B 组全国总决赛二等奖。我对大数据、机器学习、行业智能应用（招生组长）方向有浓厚兴趣，也在系统学习 LLM 与强化学习（RLHF、DPO）相关工作。</w:t>
      </w:r>
    </w:p>
    <w:p>
      <w:r>
        <w:t xml:space="preserve">　　附件为我的个人简历、论文全文与本科成绩单，恳请您拨冗审阅。若您今年有推免硕士招生名额，期待有机会参加复试并向您当面汇报。</w:t>
      </w:r>
    </w:p>
    <w:p>
      <w:r>
        <w:t xml:space="preserve">　　顺颂研安！</w:t>
      </w:r>
    </w:p>
    <w:p/>
    <w:p>
      <w:r>
        <w:t xml:space="preserve">　　叶西佳</w:t>
        <w:br/>
        <w:t xml:space="preserve">　　桂林电子科技大学 智能科学与技术 2023 级</w:t>
        <w:br/>
        <w:t xml:space="preserve">　　学号：2300350128　电话：15577385181</w:t>
        <w:br/>
        <w:t xml:space="preserve">　　邮箱：yexijia1124@gmail.com</w:t>
      </w:r>
    </w:p>
    <w:p/>
    <w:p>
      <w:r>
        <w:rPr>
          <w:b/>
          <w:color w:val="2E6FB5"/>
          <w:sz w:val="28"/>
        </w:rPr>
        <w:t>发送策略（重要）</w:t>
      </w:r>
    </w:p>
    <w:p>
      <w:pPr>
        <w:spacing w:after="80"/>
      </w:pPr>
      <w:r>
        <w:t>第一批（明天即可发）：①白婷 + ②庄子睿 + ③陈晋鹏，3 封为上限，间隔 1-2 小时发，别同一分钟。</w:t>
      </w:r>
    </w:p>
    <w:p>
      <w:pPr>
        <w:spacing w:after="80"/>
      </w:pPr>
      <w:r>
        <w:t>第二批（4-5 个工作日无回复）：④杨娟 或 ⑤吴斌，补发 1-2 封。</w:t>
      </w:r>
    </w:p>
    <w:p>
      <w:pPr>
        <w:spacing w:after="80"/>
      </w:pPr>
      <w:r>
        <w:t>⑥石川、⑦宋美娜为大牛/招生组长，竞争激烈，作为冲刺，可在系统确认进面后再发，或干脆不发。</w:t>
      </w:r>
    </w:p>
    <w:p>
      <w:pPr>
        <w:spacing w:after="80"/>
      </w:pPr>
      <w:r>
        <w:t>每封邮件第一段方向描述、第二段 match 句已按老师定制，直接复制即可。</w:t>
      </w:r>
    </w:p>
    <w:p>
      <w:pPr>
        <w:spacing w:after="80"/>
      </w:pPr>
      <w:r>
        <w:t>用 Gmail 发；附件统一：简历 + 论文 PDF + 成绩单（教务处彩色公章，电子版转图片）。</w:t>
      </w:r>
    </w:p>
    <w:p>
      <w:pPr>
        <w:spacing w:after="80"/>
      </w:pPr>
      <w:r>
        <w:t>已发过的 AI 学院陈光老师不要重复发；理学院/信通院方向不搭，不投。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