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364"/>
          <w:sz w:val="32"/>
        </w:rPr>
        <w:t>北邮套磁跟进信（163补发·报喜版）2封</w:t>
      </w:r>
    </w:p>
    <w:p>
      <w:r>
        <w:t>背景：9/8用Gmail发过白婷/庄子睿/陈晋鹏/张熙，无退信但暂无回复。用163补发换通道+报新进展（排名升2/96、9/8国际会议英文报告）。</w:t>
      </w:r>
    </w:p>
    <w:p>
      <w:r>
        <w:t>纪律：今天只补发这2封（白婷=计算机院最匹配；张熙=网安院跨学院）；庄子睿/陈晋鹏明天无回复再追。间隔30分钟以上，3个PDF附件。</w:t>
      </w:r>
    </w:p>
    <w:p/>
    <w:p>
      <w:r>
        <w:rPr>
          <w:b/>
          <w:color w:val="2E6FB5"/>
          <w:sz w:val="28"/>
        </w:rPr>
        <w:t>1. 白婷老师</w:t>
      </w:r>
    </w:p>
    <w:p>
      <w:r>
        <w:t>收件人：baiting@bupt.edu.cn</w:t>
      </w:r>
    </w:p>
    <w:p>
      <w:r>
        <w:t>主题：跟进：2027推免自荐-叶西佳（排名升至2/96+国际会议报告）</w:t>
      </w:r>
    </w:p>
    <w:p/>
    <w:p>
      <w:r>
        <w:t>尊敬的白婷老师：</w:t>
      </w:r>
    </w:p>
    <w:p>
      <w:r>
        <w:t xml:space="preserve">　　您好！我是桂林电子科技大学计算机与信息安全学院智能科学与技术专业2023级本科生叶西佳，9月8日曾通过Gmail给您发过推免自荐邮件，担心境外邮箱被过滤，特此用国内邮箱再次致信，并向您汇报两个新进展。</w:t>
      </w:r>
    </w:p>
    <w:p>
      <w:r>
        <w:t xml:space="preserve">　　一是我的专业排名已升至2/96；二是我以第一作者完成的论文“iCoLoc: An Interactive System for Spatial Co-location Pattern Mining via LLM-Guided Intent and Contrastive Preference Learning”被APWeb-WAIM 2026（CCF-C）录用，并已于9月8日在会上做了英文口头报告。该工作用LLM解析用户自然语言意图、以对比偏好学习依据反馈迭代重排，将排序准确率从0.80提升至0.98，与您在个性化推荐和大模型应用方向高度契合。</w:t>
      </w:r>
    </w:p>
    <w:p>
      <w:r>
        <w:t xml:space="preserve">　　我已在北京邮电大学推免系统报名，若您今年有推免硕士名额，恳请给我一个线上面谈或面试的机会。附件为更新版简历、论文全文与排名证明，随时可参加考核。</w:t>
      </w:r>
    </w:p>
    <w:p>
      <w:r>
        <w:t xml:space="preserve">　　顺颂研安！</w:t>
      </w:r>
    </w:p>
    <w:p>
      <w:r>
        <w:t xml:space="preserve">　　叶西佳</w:t>
        <w:br/>
        <w:t xml:space="preserve">　　桂林电子科技大学 智能科学与技术 2023级</w:t>
        <w:br/>
        <w:t xml:space="preserve">　　学号：2300350128　电话：15577385181</w:t>
        <w:br/>
        <w:t xml:space="preserve">　　邮箱：yexijia1124@163.com</w:t>
      </w:r>
    </w:p>
    <w:p/>
    <w:p>
      <w:r>
        <w:rPr>
          <w:b/>
          <w:color w:val="2E6FB5"/>
          <w:sz w:val="28"/>
        </w:rPr>
        <w:t>2. 张熙老师</w:t>
      </w:r>
    </w:p>
    <w:p>
      <w:r>
        <w:t>收件人：zhangx@bupt.edu.cn</w:t>
      </w:r>
    </w:p>
    <w:p>
      <w:r>
        <w:t>主题：跟进：2027推免自荐-叶西佳（排名2/96，智能体安全方向）</w:t>
      </w:r>
    </w:p>
    <w:p/>
    <w:p>
      <w:r>
        <w:t>尊敬的张熙老师：</w:t>
      </w:r>
    </w:p>
    <w:p>
      <w:r>
        <w:t xml:space="preserve">　　您好！我是桂林电子科技大学计算机与信息安全学院智能科学与技术专业2023级本科生叶西佳，9月8日曾通过Gmail给您发过推免自荐，担心境外邮箱被过滤，特此用国内邮箱再次致信，并汇报两个新进展。</w:t>
      </w:r>
    </w:p>
    <w:p>
      <w:r>
        <w:t xml:space="preserve">　　一是我的专业排名已升至2/96；二是我以第一作者完成的论文“iCoLoc: An Interactive System for Spatial Co-location Pattern Mining via LLM-Guided Intent and Contrastive Preference Learning”被APWeb-WAIM 2026（CCF-C）录用，并于9月8日在会上做了英文口头报告。该工作由LLM驱动交互式用户建模，也让我格外关注大模型智能体的可信与安全问题；我目前正在系统学习RLHF、DPO等对齐技术，对您团队安全可信人工智能方向十分向往。</w:t>
      </w:r>
    </w:p>
    <w:p>
      <w:r>
        <w:t xml:space="preserve">　　我已在北京邮电大学推免系统报名，若您今年有推免硕士名额，恳请给我一个线上面谈或面试的机会。附件为更新版简历、论文与排名证明，随时可参加考核。</w:t>
      </w:r>
    </w:p>
    <w:p>
      <w:r>
        <w:t xml:space="preserve">　　顺颂研安！</w:t>
      </w:r>
    </w:p>
    <w:p>
      <w:r>
        <w:t xml:space="preserve">　　叶西佳</w:t>
        <w:br/>
        <w:t xml:space="preserve">　　桂林电子科技大学 智能科学与技术 2023级</w:t>
        <w:br/>
        <w:t xml:space="preserve">　　学号：2300350128　电话：15577385181</w:t>
        <w:br/>
        <w:t xml:space="preserve">　　邮箱：yexijia1124@163.com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