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0"/>
        </w:rPr>
        <w:t>吉林大学计算机学院 2027 推免复试</w:t>
        <w:br/>
        <w:t>算法冲刺 5 日题册</w:t>
      </w:r>
    </w:p>
    <w:p>
      <w:pPr>
        <w:jc w:val="center"/>
      </w:pPr>
      <w:r>
        <w:rPr>
          <w:sz w:val="22"/>
        </w:rPr>
        <w:t>叶西佳 · 2026-09-20 长春现场考专用</w:t>
        <w:br/>
        <w:t>笔试《算法设计综合》8:30–10:30 ｜ 上机 18:00–20:00</w:t>
      </w:r>
    </w:p>
    <w:p>
      <w:pPr>
        <w:spacing w:after="80" w:line="300" w:lineRule="auto"/>
      </w:pPr>
      <w:r>
        <w:rPr>
          <w:sz w:val="21"/>
        </w:rPr>
      </w:r>
    </w:p>
    <w:p>
      <w:pPr>
        <w:spacing w:after="160" w:line="300" w:lineRule="auto"/>
      </w:pPr>
      <w:r>
        <w:rPr>
          <w:sz w:val="21"/>
        </w:rPr>
        <w:t>使用说明：每天3道编程题（由易到难）+ 2道笔试概念题。先独立做，卡住超过20分钟再翻后面的参考答案。所有代码用 Python 3 书写（上机语言以考场要求为准，C++选手可对照改写）。蓝桥杯国二的底子还在，这5天主要是找回手感、规范写法、练熟复杂度分析。</w:t>
      </w:r>
    </w:p>
    <w:p>
      <w:pPr>
        <w:spacing w:before="200" w:after="120"/>
      </w:pPr>
      <w:r>
        <w:rPr>
          <w:b/>
          <w:color w:val="1F4E79"/>
          <w:sz w:val="32"/>
        </w:rPr>
        <w:t>Day 1（9/16）动态规划</w:t>
      </w:r>
    </w:p>
    <w:p>
      <w:pPr>
        <w:spacing w:before="120" w:after="40"/>
      </w:pPr>
      <w:r>
        <w:rPr>
          <w:b/>
          <w:sz w:val="23"/>
        </w:rPr>
        <w:t>题1-1　最长递增子序列（LIS）</w:t>
      </w:r>
    </w:p>
    <w:p>
      <w:pPr>
        <w:spacing w:after="80" w:line="300" w:lineRule="auto"/>
      </w:pPr>
      <w:r>
        <w:rPr>
          <w:sz w:val="21"/>
        </w:rPr>
        <w:t>【题面】给定长度为 n 的整数序列 a，求最长严格递增子序列的长度。</w:t>
      </w:r>
    </w:p>
    <w:p>
      <w:pPr>
        <w:spacing w:after="80" w:line="300" w:lineRule="auto"/>
      </w:pPr>
      <w:r>
        <w:rPr>
          <w:sz w:val="21"/>
        </w:rPr>
        <w:t>【输入】第一行 n（1≤n≤10^5），第二行 n 个整数。【输出】一个整数。</w:t>
      </w:r>
    </w:p>
    <w:p>
      <w:pPr>
        <w:spacing w:after="80" w:line="300" w:lineRule="auto"/>
      </w:pPr>
      <w:r>
        <w:rPr>
          <w:sz w:val="21"/>
        </w:rPr>
        <w:t>【样例】输入：10 ／ 1 7 3 5 9 4 8 2 6 10　输出：5（如 1,3,5,8,10）</w:t>
      </w:r>
    </w:p>
    <w:p>
      <w:pPr>
        <w:spacing w:after="80" w:line="300" w:lineRule="auto"/>
      </w:pPr>
      <w:r>
        <w:rPr>
          <w:sz w:val="21"/>
        </w:rPr>
        <w:t>【要求】先写 O(n²) 的 DP 版本，再写 O(n log n) 的二分优化版本。</w:t>
      </w:r>
    </w:p>
    <w:p>
      <w:pPr>
        <w:spacing w:before="120" w:after="40"/>
      </w:pPr>
      <w:r>
        <w:rPr>
          <w:b/>
          <w:sz w:val="23"/>
        </w:rPr>
        <w:t>题1-2　0/1 背包</w:t>
      </w:r>
    </w:p>
    <w:p>
      <w:pPr>
        <w:spacing w:after="80" w:line="300" w:lineRule="auto"/>
      </w:pPr>
      <w:r>
        <w:rPr>
          <w:sz w:val="21"/>
        </w:rPr>
        <w:t>【题面】有 n 件物品和容量为 W 的背包，第 i 件物品重量 w[i]、价值 v[i]，每件最多取一次，求最大价值。</w:t>
      </w:r>
    </w:p>
    <w:p>
      <w:pPr>
        <w:spacing w:after="80" w:line="300" w:lineRule="auto"/>
      </w:pPr>
      <w:r>
        <w:rPr>
          <w:sz w:val="21"/>
        </w:rPr>
        <w:t>【输入】第一行 n W；接下来 n 行每行 w[i] v[i]。（n,W≤1000）【输出】最大价值。</w:t>
      </w:r>
    </w:p>
    <w:p>
      <w:pPr>
        <w:spacing w:after="80" w:line="300" w:lineRule="auto"/>
      </w:pPr>
      <w:r>
        <w:rPr>
          <w:sz w:val="21"/>
        </w:rPr>
        <w:t>【样例】输入：4 8 ／ 2 3 ／ 3 4 ／ 4 5 ／ 5 6　输出：10</w:t>
      </w:r>
    </w:p>
    <w:p>
      <w:pPr>
        <w:spacing w:after="80" w:line="300" w:lineRule="auto"/>
      </w:pPr>
      <w:r>
        <w:rPr>
          <w:sz w:val="21"/>
        </w:rPr>
        <w:t>【追问】①写出状态定义与转移方程；②如何用一维数组优化空间？遍历顺序为什么要倒序？</w:t>
      </w:r>
    </w:p>
    <w:p>
      <w:pPr>
        <w:spacing w:before="120" w:after="40"/>
      </w:pPr>
      <w:r>
        <w:rPr>
          <w:b/>
          <w:sz w:val="23"/>
        </w:rPr>
        <w:t>题1-3　最长公共子序列（LCS）</w:t>
      </w:r>
    </w:p>
    <w:p>
      <w:pPr>
        <w:spacing w:after="80" w:line="300" w:lineRule="auto"/>
      </w:pPr>
      <w:r>
        <w:rPr>
          <w:sz w:val="21"/>
        </w:rPr>
        <w:t>【题面】给定两个字符串 s、t，求它们最长公共子序列的长度（子序列不要求连续）。</w:t>
      </w:r>
    </w:p>
    <w:p>
      <w:pPr>
        <w:spacing w:after="80" w:line="300" w:lineRule="auto"/>
      </w:pPr>
      <w:r>
        <w:rPr>
          <w:sz w:val="21"/>
        </w:rPr>
        <w:t>【样例】s="ABCBDAB"，t="BDCABA"　输出：4（如 BCBA）</w:t>
      </w:r>
    </w:p>
    <w:p>
      <w:pPr>
        <w:spacing w:after="80" w:line="300" w:lineRule="auto"/>
      </w:pPr>
      <w:r>
        <w:rPr>
          <w:sz w:val="21"/>
        </w:rPr>
        <w:t>【追问】如何还原出具体的子序列？</w:t>
      </w:r>
    </w:p>
    <w:p>
      <w:pPr>
        <w:spacing w:before="120" w:after="40"/>
      </w:pPr>
      <w:r>
        <w:rPr>
          <w:b/>
          <w:sz w:val="23"/>
        </w:rPr>
        <w:t>★ 笔试概念题</w:t>
      </w:r>
    </w:p>
    <w:p>
      <w:pPr>
        <w:spacing w:after="80" w:line="300" w:lineRule="auto"/>
      </w:pPr>
      <w:r>
        <w:rPr>
          <w:sz w:val="21"/>
        </w:rPr>
        <w:t>1. 动态规划适用的两个条件（最优子结构、重叠子问题）分别是什么？请各举一个不满足的例子。</w:t>
      </w:r>
    </w:p>
    <w:p>
      <w:pPr>
        <w:spacing w:after="80" w:line="300" w:lineRule="auto"/>
      </w:pPr>
      <w:r>
        <w:rPr>
          <w:sz w:val="21"/>
        </w:rPr>
        <w:t>2. 0/1 背包和完全背包（物品可取无限次）在一维 DP 写法上，第二层循环的正序/倒序有何区别？为什么？</w:t>
      </w:r>
    </w:p>
    <w:p>
      <w:pPr>
        <w:spacing w:before="200" w:after="120"/>
      </w:pPr>
      <w:r>
        <w:rPr>
          <w:b/>
          <w:color w:val="1F4E79"/>
          <w:sz w:val="32"/>
        </w:rPr>
        <w:t>Day 2（9/17）图论</w:t>
      </w:r>
    </w:p>
    <w:p>
      <w:pPr>
        <w:spacing w:before="120" w:after="40"/>
      </w:pPr>
      <w:r>
        <w:rPr>
          <w:b/>
          <w:sz w:val="23"/>
        </w:rPr>
        <w:t>题2-1　岛屿数量（BFS/DFS）</w:t>
      </w:r>
    </w:p>
    <w:p>
      <w:pPr>
        <w:spacing w:after="80" w:line="300" w:lineRule="auto"/>
      </w:pPr>
      <w:r>
        <w:rPr>
          <w:sz w:val="21"/>
        </w:rPr>
        <w:t>【题面】给定 m×n 网格，1 表示陆地、0 表示水，上下左右相邻的陆地连成一座岛，求岛的数量。</w:t>
      </w:r>
    </w:p>
    <w:p>
      <w:pPr>
        <w:spacing w:after="80" w:line="300" w:lineRule="auto"/>
      </w:pPr>
      <w:r>
        <w:rPr>
          <w:sz w:val="21"/>
        </w:rPr>
        <w:t>【样例】网格：11000 / 11001 / 00100 / 00011　输出：4</w:t>
      </w:r>
    </w:p>
    <w:p>
      <w:pPr>
        <w:spacing w:after="80" w:line="300" w:lineRule="auto"/>
      </w:pPr>
      <w:r>
        <w:rPr>
          <w:sz w:val="21"/>
        </w:rPr>
        <w:t>【要求】分别写出 DFS 递归版和 BFS 队列版，说明各自最坏空间复杂度。</w:t>
      </w:r>
    </w:p>
    <w:p>
      <w:pPr>
        <w:spacing w:before="120" w:after="40"/>
      </w:pPr>
      <w:r>
        <w:rPr>
          <w:b/>
          <w:sz w:val="23"/>
        </w:rPr>
        <w:t>题2-2　单源最短路（Dijkstra）</w:t>
      </w:r>
    </w:p>
    <w:p>
      <w:pPr>
        <w:spacing w:after="80" w:line="300" w:lineRule="auto"/>
      </w:pPr>
      <w:r>
        <w:rPr>
          <w:sz w:val="21"/>
        </w:rPr>
        <w:t>【题面】n 个点 m 条带非负权的有向/无向边，求起点 s 到所有点的最短距离。</w:t>
      </w:r>
    </w:p>
    <w:p>
      <w:pPr>
        <w:spacing w:after="80" w:line="300" w:lineRule="auto"/>
      </w:pPr>
      <w:r>
        <w:rPr>
          <w:sz w:val="21"/>
        </w:rPr>
        <w:t>【输入】第一行 n m s；接下来 m 行 u v w。【输出】s 到各点距离，不可达输出 -1。</w:t>
      </w:r>
    </w:p>
    <w:p>
      <w:pPr>
        <w:spacing w:after="80" w:line="300" w:lineRule="auto"/>
      </w:pPr>
      <w:r>
        <w:rPr>
          <w:sz w:val="21"/>
        </w:rPr>
        <w:t>【要求】写堆优化版，时间复杂度 O((n+m) log n)。并说明：为什么 Dijkstra 不能处理负权边？</w:t>
      </w:r>
    </w:p>
    <w:p>
      <w:pPr>
        <w:spacing w:before="120" w:after="40"/>
      </w:pPr>
      <w:r>
        <w:rPr>
          <w:b/>
          <w:sz w:val="23"/>
        </w:rPr>
        <w:t>题2-3　课程表（拓扑排序）</w:t>
      </w:r>
    </w:p>
    <w:p>
      <w:pPr>
        <w:spacing w:after="80" w:line="300" w:lineRule="auto"/>
      </w:pPr>
      <w:r>
        <w:rPr>
          <w:sz w:val="21"/>
        </w:rPr>
        <w:t>【题面】共 numCourses 门课，prerequisites[i]=[a,b] 表示修 a 前须先修 b。判断能否完成所有课程（图是否有环），若无环输出任意一个合法学习顺序。</w:t>
      </w:r>
    </w:p>
    <w:p>
      <w:pPr>
        <w:spacing w:after="80" w:line="300" w:lineRule="auto"/>
      </w:pPr>
      <w:r>
        <w:rPr>
          <w:sz w:val="21"/>
        </w:rPr>
        <w:t>【样例】numCourses=4，prerequisites=[[1,0],[2,0],[3,1],[3,2]]　输出可完成，顺序如 [0,1,2,3]</w:t>
      </w:r>
    </w:p>
    <w:p>
      <w:pPr>
        <w:spacing w:before="120" w:after="40"/>
      </w:pPr>
      <w:r>
        <w:rPr>
          <w:b/>
          <w:sz w:val="23"/>
        </w:rPr>
        <w:t>★ 笔试概念题</w:t>
      </w:r>
    </w:p>
    <w:p>
      <w:pPr>
        <w:spacing w:after="80" w:line="300" w:lineRule="auto"/>
      </w:pPr>
      <w:r>
        <w:rPr>
          <w:sz w:val="21"/>
        </w:rPr>
        <w:t>1. BFS 和 DFS 分别用什么数据结构实现？各自适合解决哪类问题（最短路/连通块/拓扑/环检测）？</w:t>
      </w:r>
    </w:p>
    <w:p>
      <w:pPr>
        <w:spacing w:after="80" w:line="300" w:lineRule="auto"/>
      </w:pPr>
      <w:r>
        <w:rPr>
          <w:sz w:val="21"/>
        </w:rPr>
        <w:t>2. 对比 Dijkstra、Bellman-Ford、Floyd 三种最短路算法的适用条件与时间复杂度。</w:t>
      </w:r>
    </w:p>
    <w:p>
      <w:pPr>
        <w:spacing w:before="200" w:after="120"/>
      </w:pPr>
      <w:r>
        <w:rPr>
          <w:b/>
          <w:color w:val="1F4E79"/>
          <w:sz w:val="32"/>
        </w:rPr>
        <w:t>Day 3（9/18）二叉树 · 排序 · 二分</w:t>
      </w:r>
    </w:p>
    <w:p>
      <w:pPr>
        <w:spacing w:before="120" w:after="40"/>
      </w:pPr>
      <w:r>
        <w:rPr>
          <w:b/>
          <w:sz w:val="23"/>
        </w:rPr>
        <w:t>题3-1　二叉树的层序遍历与最大深度</w:t>
      </w:r>
    </w:p>
    <w:p>
      <w:pPr>
        <w:spacing w:after="80" w:line="300" w:lineRule="auto"/>
      </w:pPr>
      <w:r>
        <w:rPr>
          <w:sz w:val="21"/>
        </w:rPr>
        <w:t>【题面】给定一棵二叉树根节点 root：①从上到下、每层一个数组返回层序遍历；②求树的最大深度。</w:t>
      </w:r>
    </w:p>
    <w:p>
      <w:pPr>
        <w:spacing w:after="80" w:line="300" w:lineRule="auto"/>
      </w:pPr>
      <w:r>
        <w:rPr>
          <w:sz w:val="21"/>
        </w:rPr>
        <w:t>【要求】层序用队列；最大深度分别用 BFS 和递归 DFS 各写一版。</w:t>
      </w:r>
    </w:p>
    <w:p>
      <w:pPr>
        <w:spacing w:before="120" w:after="40"/>
      </w:pPr>
      <w:r>
        <w:rPr>
          <w:b/>
          <w:sz w:val="23"/>
        </w:rPr>
        <w:t>题3-2　验证二叉搜索树（BST）</w:t>
      </w:r>
    </w:p>
    <w:p>
      <w:pPr>
        <w:spacing w:after="80" w:line="300" w:lineRule="auto"/>
      </w:pPr>
      <w:r>
        <w:rPr>
          <w:sz w:val="21"/>
        </w:rPr>
        <w:t>【题面】判断一棵二叉树是否为合法二叉搜索树（左子树所有节点 &lt; 根 &lt; 右子树所有节点）。</w:t>
      </w:r>
    </w:p>
    <w:p>
      <w:pPr>
        <w:spacing w:after="80" w:line="300" w:lineRule="auto"/>
      </w:pPr>
      <w:r>
        <w:rPr>
          <w:sz w:val="21"/>
        </w:rPr>
        <w:t>【追问】为什么只比较 node.left.val &lt; node.val &lt; node.right.val 是错的？写出上下界递归法。</w:t>
      </w:r>
    </w:p>
    <w:p>
      <w:pPr>
        <w:spacing w:before="120" w:after="40"/>
      </w:pPr>
      <w:r>
        <w:rPr>
          <w:b/>
          <w:sz w:val="23"/>
        </w:rPr>
        <w:t>题3-3　手写快速排序 + 二分查找</w:t>
      </w:r>
    </w:p>
    <w:p>
      <w:pPr>
        <w:spacing w:after="80" w:line="300" w:lineRule="auto"/>
      </w:pPr>
      <w:r>
        <w:rPr>
          <w:sz w:val="21"/>
        </w:rPr>
        <w:t>【题面】①手写快速排序（含 partition），说明平均/最坏时间复杂度及最坏情况如何产生；②在有序数组中二分查找 target，返回下标，不存在返回 -1，并写出不留死循环的边界处理。</w:t>
      </w:r>
    </w:p>
    <w:p>
      <w:pPr>
        <w:spacing w:before="120" w:after="40"/>
      </w:pPr>
      <w:r>
        <w:rPr>
          <w:b/>
          <w:sz w:val="23"/>
        </w:rPr>
        <w:t>★ 笔试概念题</w:t>
      </w:r>
    </w:p>
    <w:p>
      <w:pPr>
        <w:spacing w:after="80" w:line="300" w:lineRule="auto"/>
      </w:pPr>
      <w:r>
        <w:rPr>
          <w:sz w:val="21"/>
        </w:rPr>
        <w:t>1. 默写常见排序复杂度表：快排、归并、堆排（平均/最坏/空间/稳定性）。</w:t>
      </w:r>
    </w:p>
    <w:p>
      <w:pPr>
        <w:spacing w:after="80" w:line="300" w:lineRule="auto"/>
      </w:pPr>
      <w:r>
        <w:rPr>
          <w:sz w:val="21"/>
        </w:rPr>
        <w:t>2. 给一棵含 n 个节点的平衡/倾斜二叉树，递归遍历的栈空间复杂度分别是多少？什么是 O(n) 最坏情况？</w:t>
      </w:r>
    </w:p>
    <w:p>
      <w:pPr>
        <w:spacing w:before="200" w:after="120"/>
      </w:pPr>
      <w:r>
        <w:rPr>
          <w:b/>
          <w:color w:val="1F4E79"/>
          <w:sz w:val="32"/>
        </w:rPr>
        <w:t>Day 4（9/19）综合模拟（按真实考场限时）</w:t>
      </w:r>
    </w:p>
    <w:p>
      <w:pPr>
        <w:spacing w:after="120" w:line="300" w:lineRule="auto"/>
      </w:pPr>
      <w:r>
        <w:rPr>
          <w:sz w:val="21"/>
        </w:rPr>
        <w:t>【规则】上午 9:00–10:00 限时完成下面 2 道上机题（模拟笔试后段强度），中途不查题解；晚上对答案复盘。概念题用 10 分钟快速口答。</w:t>
      </w:r>
    </w:p>
    <w:p>
      <w:pPr>
        <w:spacing w:before="120" w:after="40"/>
      </w:pPr>
      <w:r>
        <w:rPr>
          <w:b/>
          <w:sz w:val="23"/>
        </w:rPr>
        <w:t>模拟题 A　合并区间</w:t>
      </w:r>
    </w:p>
    <w:p>
      <w:pPr>
        <w:spacing w:after="80" w:line="300" w:lineRule="auto"/>
      </w:pPr>
      <w:r>
        <w:rPr>
          <w:sz w:val="21"/>
        </w:rPr>
        <w:t>给出若干区间 [start,end]，合并所有重叠区间。输入 intervals=[[1,3],[2,6],[8,10],[15,18]]，输出 [[1,6],[8,10],[15,18]]。考点：排序 + 一次扫描。</w:t>
      </w:r>
    </w:p>
    <w:p>
      <w:pPr>
        <w:spacing w:before="120" w:after="40"/>
      </w:pPr>
      <w:r>
        <w:rPr>
          <w:b/>
          <w:sz w:val="23"/>
        </w:rPr>
        <w:t>模拟题 B　零钱兑换（完全背包 DP）</w:t>
      </w:r>
    </w:p>
    <w:p>
      <w:pPr>
        <w:spacing w:after="80" w:line="300" w:lineRule="auto"/>
      </w:pPr>
      <w:r>
        <w:rPr>
          <w:sz w:val="21"/>
        </w:rPr>
        <w:t>给定不同面额硬币 coins 和总金额 amount，求凑成 amount 所需最少硬币数，无法凑出返回 -1（每种硬币无限）。coins=[1,2,5], amount=11 → 3（5+5+1）。考点：DP 初始化与转移。</w:t>
      </w:r>
    </w:p>
    <w:p>
      <w:pPr>
        <w:spacing w:before="120" w:after="40"/>
      </w:pPr>
      <w:r>
        <w:rPr>
          <w:b/>
          <w:sz w:val="23"/>
        </w:rPr>
        <w:t>★ 概念速答</w:t>
      </w:r>
    </w:p>
    <w:p>
      <w:pPr>
        <w:spacing w:after="80" w:line="300" w:lineRule="auto"/>
      </w:pPr>
      <w:r>
        <w:rPr>
          <w:sz w:val="21"/>
        </w:rPr>
        <w:t>1. 哈希表平均查找复杂度？最坏呢？什么冲突处理方法会导致最坏 O(n)？</w:t>
      </w:r>
    </w:p>
    <w:p>
      <w:pPr>
        <w:spacing w:after="80" w:line="300" w:lineRule="auto"/>
      </w:pPr>
      <w:r>
        <w:rPr>
          <w:sz w:val="21"/>
        </w:rPr>
        <w:t>2. 简述贪心算法与动态规划的区别，并举一个贪心不能得到最优解的反例。</w:t>
      </w:r>
    </w:p>
    <w:p>
      <w:pPr>
        <w:spacing w:after="80" w:line="300" w:lineRule="auto"/>
      </w:pPr>
      <w:r>
        <w:rPr>
          <w:sz w:val="21"/>
        </w:rPr>
        <w:t>3. 时间复杂度排序：O(n log n)、O(n²)、O(2^n)、O(n)、O(log n)，并各举一个典型算法。</w:t>
      </w:r>
    </w:p>
    <w:p>
      <w:r>
        <w:br w:type="page"/>
      </w:r>
    </w:p>
    <w:p>
      <w:pPr>
        <w:spacing w:before="200" w:after="120"/>
      </w:pPr>
      <w:r>
        <w:rPr>
          <w:b/>
          <w:color w:val="1F4E79"/>
          <w:sz w:val="32"/>
        </w:rPr>
        <w:t>参考答案与代码（做完再看）</w:t>
      </w:r>
    </w:p>
    <w:p>
      <w:pPr>
        <w:spacing w:before="160" w:after="80"/>
      </w:pPr>
      <w:r>
        <w:rPr>
          <w:b/>
          <w:color w:val="1F4E79"/>
          <w:sz w:val="26"/>
        </w:rPr>
        <w:t>Day 1</w:t>
      </w:r>
    </w:p>
    <w:p>
      <w:pPr>
        <w:spacing w:before="120" w:after="40"/>
      </w:pPr>
      <w:r>
        <w:rPr>
          <w:b/>
          <w:sz w:val="23"/>
        </w:rPr>
        <w:t>1-1 LIS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# O(n^2)</w:t>
        <w:br/>
        <w:t>def lis_dp(a):</w:t>
        <w:br/>
        <w:t xml:space="preserve">    n=len(a); dp=[1]*n</w:t>
        <w:br/>
        <w:t xml:space="preserve">    for i in range(n):</w:t>
        <w:br/>
        <w:t xml:space="preserve">        for j in range(i):</w:t>
        <w:br/>
        <w:t xml:space="preserve">            if a[j]&lt;a[i]: dp[i]=max(dp[i],dp[j]+1)</w:t>
        <w:br/>
        <w:t xml:space="preserve">    return max(dp) if n else 0</w:t>
        <w:br/>
        <w:br/>
        <w:t># O(n log n)：tails[k]=长度k+1递增子序列的最小结尾</w:t>
        <w:br/>
        <w:t>import bisect</w:t>
        <w:br/>
        <w:t>def lis_bisect(a):</w:t>
        <w:br/>
        <w:t xml:space="preserve">    tails=[]</w:t>
        <w:br/>
        <w:t xml:space="preserve">    for x in a:</w:t>
        <w:br/>
        <w:t xml:space="preserve">        i=bisect.bisect_left(tails,x)  # 严格递增用left，非降用right</w:t>
        <w:br/>
        <w:t xml:space="preserve">        if i==len(tails): tails.append(x)</w:t>
        <w:br/>
        <w:t xml:space="preserve">        else: tails[i]=x</w:t>
        <w:br/>
        <w:t xml:space="preserve">    return len(tails)</w:t>
      </w:r>
    </w:p>
    <w:p>
      <w:pPr>
        <w:spacing w:before="120" w:after="40"/>
      </w:pPr>
      <w:r>
        <w:rPr>
          <w:b/>
          <w:sz w:val="23"/>
        </w:rPr>
        <w:t>1-2 0/1背包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# 二维：dp[i][j] 前i件物品、容量j的最大价值</w:t>
        <w:br/>
        <w:t>def knapsack2(n,W,w,v):</w:t>
        <w:br/>
        <w:t xml:space="preserve">    dp=[[0]*(W+1) for _ in range(n+1)]</w:t>
        <w:br/>
        <w:t xml:space="preserve">    for i in range(1,n+1):</w:t>
        <w:br/>
        <w:t xml:space="preserve">        for j in range(W+1):</w:t>
        <w:br/>
        <w:t xml:space="preserve">            dp[i][j]=dp[i-1][j]</w:t>
        <w:br/>
        <w:t xml:space="preserve">            if j&gt;=w[i-1]:</w:t>
        <w:br/>
        <w:t xml:space="preserve">                dp[i][j]=max(dp[i][j],dp[i-1][j-w[i-1]]+v[i-1])</w:t>
        <w:br/>
        <w:t xml:space="preserve">    return dp[n][W]</w:t>
        <w:br/>
        <w:br/>
        <w:t># 一维优化：容量必须倒序，保证每件物品只被使用一次</w:t>
        <w:br/>
        <w:t>def knapsack1(n,W,w,v):</w:t>
        <w:br/>
        <w:t xml:space="preserve">    f=[0]*(W+1)</w:t>
        <w:br/>
        <w:t xml:space="preserve">    for i in range(n):</w:t>
        <w:br/>
        <w:t xml:space="preserve">        for j in range(W,w[i]-1,-1):</w:t>
        <w:br/>
        <w:t xml:space="preserve">            f[j]=max(f[j],f[j-w[i]]+v[i])</w:t>
        <w:br/>
        <w:t xml:space="preserve">    return f[W]</w:t>
      </w:r>
    </w:p>
    <w:p>
      <w:pPr>
        <w:spacing w:after="80" w:line="300" w:lineRule="auto"/>
      </w:pPr>
      <w:r>
        <w:rPr>
          <w:sz w:val="21"/>
        </w:rPr>
        <w:t>概念：倒序遍历时 f[j-w[i]] 还是“上一轮”的值，物品不重复使用；完全背包正序遍历，允许重复取用。</w:t>
      </w:r>
    </w:p>
    <w:p>
      <w:pPr>
        <w:spacing w:before="120" w:after="40"/>
      </w:pPr>
      <w:r>
        <w:rPr>
          <w:b/>
          <w:sz w:val="23"/>
        </w:rPr>
        <w:t>1-3 LCS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def lcs(s,t):</w:t>
        <w:br/>
        <w:t xml:space="preserve">    n,m=len(s),len(t)</w:t>
        <w:br/>
        <w:t xml:space="preserve">    dp=[[0]*(m+1) for _ in range(n+1)]</w:t>
        <w:br/>
        <w:t xml:space="preserve">    for i in range(1,n+1):</w:t>
        <w:br/>
        <w:t xml:space="preserve">        for j in range(1,m+1):</w:t>
        <w:br/>
        <w:t xml:space="preserve">            if s[i-1]==t[j-1]: dp[i][j]=dp[i-1][j-1]+1</w:t>
        <w:br/>
        <w:t xml:space="preserve">            else: dp[i][j]=max(dp[i-1][j],dp[i][j-1])</w:t>
        <w:br/>
        <w:t xml:space="preserve">    return dp[n][m]</w:t>
      </w:r>
    </w:p>
    <w:p>
      <w:pPr>
        <w:spacing w:before="160" w:after="80"/>
      </w:pPr>
      <w:r>
        <w:rPr>
          <w:b/>
          <w:color w:val="1F4E79"/>
          <w:sz w:val="26"/>
        </w:rPr>
        <w:t>Day 2</w:t>
      </w:r>
    </w:p>
    <w:p>
      <w:pPr>
        <w:spacing w:before="120" w:after="40"/>
      </w:pPr>
      <w:r>
        <w:rPr>
          <w:b/>
          <w:sz w:val="23"/>
        </w:rPr>
        <w:t>2-1 岛屿数量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def numIslands(g):</w:t>
        <w:br/>
        <w:t xml:space="preserve">    if not g: return 0</w:t>
        <w:br/>
        <w:t xml:space="preserve">    m,n=len(g),len(g[0]); cnt=0</w:t>
        <w:br/>
        <w:t xml:space="preserve">    def dfs(i,j):</w:t>
        <w:br/>
        <w:t xml:space="preserve">        if i&lt;0 or i&gt;=m or j&lt;0 or j&gt;=n or g[i][j]!=1: return</w:t>
        <w:br/>
        <w:t xml:space="preserve">        g[i][j]=0</w:t>
        <w:br/>
        <w:t xml:space="preserve">        for di,dj in ((1,0),(-1,0),(0,1),(0,-1)): dfs(i+di,j+dj)</w:t>
        <w:br/>
        <w:t xml:space="preserve">    for i in range(m):</w:t>
        <w:br/>
        <w:t xml:space="preserve">        for j in range(n):</w:t>
        <w:br/>
        <w:t xml:space="preserve">            if g[i][j]==1: cnt+=1; dfs(i,j)</w:t>
        <w:br/>
        <w:t xml:space="preserve">    return cnt</w:t>
        <w:br/>
        <w:t># BFS 用 collections.deque 替换递归即可；DFS最坏栈O(mn)，BFS队列最坏O(min(m,n))量级</w:t>
      </w:r>
    </w:p>
    <w:p>
      <w:pPr>
        <w:spacing w:before="120" w:after="40"/>
      </w:pPr>
      <w:r>
        <w:rPr>
          <w:b/>
          <w:sz w:val="23"/>
        </w:rPr>
        <w:t>2-2 Dijkstra（堆优化）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import heapq, collections</w:t>
        <w:br/>
        <w:t>def dijkstra(n,edges,s):</w:t>
        <w:br/>
        <w:t xml:space="preserve">    g=collections.defaultdict(list)</w:t>
        <w:br/>
        <w:t xml:space="preserve">    for u,v,w in edges: g[u].append((v,w))</w:t>
        <w:br/>
        <w:t xml:space="preserve">    INF=float("inf"); dist=[INF]*n; dist[s]=0</w:t>
        <w:br/>
        <w:t xml:space="preserve">    pq=[(0,s)]</w:t>
        <w:br/>
        <w:t xml:space="preserve">    while pq:</w:t>
        <w:br/>
        <w:t xml:space="preserve">        d,u=heapq.heappop(pq)</w:t>
        <w:br/>
        <w:t xml:space="preserve">        if d&gt;dist[u]: continue</w:t>
        <w:br/>
        <w:t xml:space="preserve">        for v,w in g[u]:</w:t>
        <w:br/>
        <w:t xml:space="preserve">            nd=d+w</w:t>
        <w:br/>
        <w:t xml:space="preserve">            if nd&lt;dist[v]:</w:t>
        <w:br/>
        <w:t xml:space="preserve">                dist[v]=nd</w:t>
        <w:br/>
        <w:t xml:space="preserve">                heapq.heappush(pq,(nd,v))</w:t>
        <w:br/>
        <w:t xml:space="preserve">    return [-1 if x==INF else x for x in dist]</w:t>
      </w:r>
    </w:p>
    <w:p>
      <w:pPr>
        <w:spacing w:after="80" w:line="300" w:lineRule="auto"/>
      </w:pPr>
      <w:r>
        <w:rPr>
          <w:sz w:val="21"/>
        </w:rPr>
        <w:t>Dijkstra 依赖“已确定最短距离的点不会再被更小值更新”，负权边可能在之后产生更小距离破坏该性质，故不适用。</w:t>
      </w:r>
    </w:p>
    <w:p>
      <w:pPr>
        <w:spacing w:before="120" w:after="40"/>
      </w:pPr>
      <w:r>
        <w:rPr>
          <w:b/>
          <w:sz w:val="23"/>
        </w:rPr>
        <w:t>2-3 拓扑排序（课程表）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import collections</w:t>
        <w:br/>
        <w:t>def findOrder(k,pre):</w:t>
        <w:br/>
        <w:t xml:space="preserve">    g=collections.defaultdict(list); indeg=[0]*k</w:t>
        <w:br/>
        <w:t xml:space="preserve">    for a,b in pre: g[b].append(a); indeg[a]+=1</w:t>
        <w:br/>
        <w:t xml:space="preserve">    q=collections.deque([i for i in range(k) if indeg[i]==0]); order=[]</w:t>
        <w:br/>
        <w:t xml:space="preserve">    while q:</w:t>
        <w:br/>
        <w:t xml:space="preserve">        u=q.popleft(); order.append(u)</w:t>
        <w:br/>
        <w:t xml:space="preserve">        for v in g[u]:</w:t>
        <w:br/>
        <w:t xml:space="preserve">            indeg[v]-=1</w:t>
        <w:br/>
        <w:t xml:space="preserve">            if indeg[v]==0: q.append(v)</w:t>
        <w:br/>
        <w:t xml:space="preserve">    return order if len(order)==k else []   # 空表示有环</w:t>
      </w:r>
    </w:p>
    <w:p>
      <w:pPr>
        <w:spacing w:before="160" w:after="80"/>
      </w:pPr>
      <w:r>
        <w:rPr>
          <w:b/>
          <w:color w:val="1F4E79"/>
          <w:sz w:val="26"/>
        </w:rPr>
        <w:t>Day 3</w:t>
      </w:r>
    </w:p>
    <w:p>
      <w:pPr>
        <w:spacing w:before="120" w:after="40"/>
      </w:pPr>
      <w:r>
        <w:rPr>
          <w:b/>
          <w:sz w:val="23"/>
        </w:rPr>
        <w:t>3-1 层序遍历 / 最大深度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import collections</w:t>
        <w:br/>
        <w:t>def levelOrder(root):</w:t>
        <w:br/>
        <w:t xml:space="preserve">    if not root: return []</w:t>
        <w:br/>
        <w:t xml:space="preserve">    q=collections.deque([root]); res=[]</w:t>
        <w:br/>
        <w:t xml:space="preserve">    while q:</w:t>
        <w:br/>
        <w:t xml:space="preserve">        level=[]</w:t>
        <w:br/>
        <w:t xml:space="preserve">        for _ in range(len(q)):</w:t>
        <w:br/>
        <w:t xml:space="preserve">            n=q.popleft(); level.append(n.val)</w:t>
        <w:br/>
        <w:t xml:space="preserve">            if n.left: q.append(n.left)</w:t>
        <w:br/>
        <w:t xml:space="preserve">            if n.right: q.append(n.right)</w:t>
        <w:br/>
        <w:t xml:space="preserve">        res.append(level)</w:t>
        <w:br/>
        <w:t xml:space="preserve">    return res</w:t>
        <w:br/>
        <w:br/>
        <w:t>def maxDepth(root):  # 递归</w:t>
        <w:br/>
        <w:t xml:space="preserve">    return 0 if not root else 1+max(maxDepth(root.left),maxDepth(root.right))</w:t>
      </w:r>
    </w:p>
    <w:p>
      <w:pPr>
        <w:spacing w:before="120" w:after="40"/>
      </w:pPr>
      <w:r>
        <w:rPr>
          <w:b/>
          <w:sz w:val="23"/>
        </w:rPr>
        <w:t>3-2 验证BST（上下界法）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def isValidBST(root, lo=float("-inf"), hi=float("inf")):</w:t>
        <w:br/>
        <w:t xml:space="preserve">    if not root: return True</w:t>
        <w:br/>
        <w:t xml:space="preserve">    if not (lo &lt; root.val &lt; hi): return False</w:t>
        <w:br/>
        <w:t xml:space="preserve">    return (isValidBST(root.left,lo,root.val)</w:t>
        <w:br/>
        <w:t xml:space="preserve">            and isValidBST(root.right,root.val,hi))</w:t>
      </w:r>
    </w:p>
    <w:p>
      <w:pPr>
        <w:spacing w:before="120" w:after="40"/>
      </w:pPr>
      <w:r>
        <w:rPr>
          <w:b/>
          <w:sz w:val="23"/>
        </w:rPr>
        <w:t>3-3 快排 + 二分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def quicksort(a,l,r):</w:t>
        <w:br/>
        <w:t xml:space="preserve">    if l&gt;=r: return</w:t>
        <w:br/>
        <w:t xml:space="preserve">    i,j,p=l,r,a[(l+r)//2]</w:t>
        <w:br/>
        <w:t xml:space="preserve">    while i&lt;=j:</w:t>
        <w:br/>
        <w:t xml:space="preserve">        while a[i]&lt;p: i+=1</w:t>
        <w:br/>
        <w:t xml:space="preserve">        while a[j]&gt;p: j-=1</w:t>
        <w:br/>
        <w:t xml:space="preserve">        if i&lt;=j: a[i],a[j]=a[j],a[i]; i+=1; j-=1</w:t>
        <w:br/>
        <w:t xml:space="preserve">    quicksort(a,l,j); quicksort(a,i,r)</w:t>
        <w:br/>
        <w:br/>
        <w:t>def binary_search(a,target):</w:t>
        <w:br/>
        <w:t xml:space="preserve">    l,r=0,len(a)-1</w:t>
        <w:br/>
        <w:t xml:space="preserve">    while l&lt;=r:</w:t>
        <w:br/>
        <w:t xml:space="preserve">        m=(l+r)//2</w:t>
        <w:br/>
        <w:t xml:space="preserve">        if a[m]==target: return m</w:t>
        <w:br/>
        <w:t xml:space="preserve">        if a[m]&lt;target: l=m+1</w:t>
        <w:br/>
        <w:t xml:space="preserve">        else: r=m-1</w:t>
        <w:br/>
        <w:t xml:space="preserve">    return -1</w:t>
      </w:r>
    </w:p>
    <w:p>
      <w:pPr>
        <w:spacing w:before="160" w:after="80"/>
      </w:pPr>
      <w:r>
        <w:rPr>
          <w:b/>
          <w:color w:val="1F4E79"/>
          <w:sz w:val="26"/>
        </w:rPr>
        <w:t>Day 4</w:t>
      </w:r>
    </w:p>
    <w:p>
      <w:pPr>
        <w:spacing w:before="120" w:after="40"/>
      </w:pPr>
      <w:r>
        <w:rPr>
          <w:b/>
          <w:sz w:val="23"/>
        </w:rPr>
        <w:t>A 合并区间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def merge(intervals):</w:t>
        <w:br/>
        <w:t xml:space="preserve">    intervals.sort(key=lambda x:x[0]); res=[]</w:t>
        <w:br/>
        <w:t xml:space="preserve">    for s,e in intervals:</w:t>
        <w:br/>
        <w:t xml:space="preserve">        if not res or res[-1][1]&lt;s: res.append([s,e])</w:t>
        <w:br/>
        <w:t xml:space="preserve">        else: res[-1][1]=max(res[-1][1],e)</w:t>
        <w:br/>
        <w:t xml:space="preserve">    return res</w:t>
      </w:r>
    </w:p>
    <w:p>
      <w:pPr>
        <w:spacing w:before="120" w:after="40"/>
      </w:pPr>
      <w:r>
        <w:rPr>
          <w:b/>
          <w:sz w:val="23"/>
        </w:rPr>
        <w:t>B 零钱兑换</w:t>
      </w:r>
    </w:p>
    <w:p>
      <w:pPr>
        <w:spacing w:after="120" w:line="252" w:lineRule="auto"/>
        <w:ind w:left="288"/>
      </w:pPr>
      <w:r>
        <w:rPr>
          <w:rFonts w:ascii="Consolas" w:hAnsi="Consolas" w:eastAsia="Consolas"/>
          <w:sz w:val="18"/>
        </w:rPr>
        <w:t>def coinChange(coins,amount):</w:t>
        <w:br/>
        <w:t xml:space="preserve">    INF=amount+1; f=[0]+[INF]*amount</w:t>
        <w:br/>
        <w:t xml:space="preserve">    for x in coins:</w:t>
        <w:br/>
        <w:t xml:space="preserve">        for j in range(x,amount+1):   # 完全背包正序</w:t>
        <w:br/>
        <w:t xml:space="preserve">            f[j]=min(f[j],f[j-x]+1)</w:t>
        <w:br/>
        <w:t xml:space="preserve">    return f[amount] if f[amount]&lt;=amount else -1</w:t>
      </w:r>
    </w:p>
    <w:p>
      <w:pPr>
        <w:spacing w:before="160" w:after="80"/>
      </w:pPr>
      <w:r>
        <w:rPr>
          <w:b/>
          <w:color w:val="1F4E79"/>
          <w:sz w:val="26"/>
        </w:rPr>
        <w:t>★ 概念题参考答案要点</w:t>
      </w:r>
    </w:p>
    <w:p>
      <w:pPr>
        <w:spacing w:after="80" w:line="300" w:lineRule="auto"/>
      </w:pPr>
      <w:r>
        <w:rPr>
          <w:sz w:val="21"/>
        </w:rPr>
        <w:t>DP两条件：最优子结构（大问题最优解含子问题最优解）、重叠子问题（递归中重复计算，可用表记忆）。反例：纯贪心选择未必有最优子结构；子问题互不重叠时分治更合适（如归并排序）。</w:t>
      </w:r>
    </w:p>
    <w:p>
      <w:pPr>
        <w:spacing w:after="80" w:line="300" w:lineRule="auto"/>
      </w:pPr>
      <w:r>
        <w:rPr>
          <w:sz w:val="21"/>
        </w:rPr>
        <w:t>最短路对比：Dijkstra O((n+m)log n) 非负权单源；Bellman-Ford O(nm) 可判负环；Floyd O(n³) 全源、可负权但无负环。</w:t>
      </w:r>
    </w:p>
    <w:p>
      <w:pPr>
        <w:spacing w:after="80" w:line="300" w:lineRule="auto"/>
      </w:pPr>
      <w:r>
        <w:rPr>
          <w:sz w:val="21"/>
        </w:rPr>
        <w:t>排序表：快排平均O(n log n)/最坏O(n²)、原地、不稳定；归并O(n log n)稳定、需O(n)；堆排O(n log n)原地、不稳定。</w:t>
      </w:r>
    </w:p>
    <w:p>
      <w:pPr>
        <w:spacing w:after="80" w:line="300" w:lineRule="auto"/>
      </w:pPr>
      <w:r>
        <w:rPr>
          <w:sz w:val="21"/>
        </w:rPr>
        <w:t>树递归栈：平衡树O(log n)，单边倾斜树退化O(n)。哈希平均O(1)、最坏O(n)（冲突全部落同一桶）。</w:t>
      </w:r>
    </w:p>
    <w:p>
      <w:pPr>
        <w:spacing w:after="80" w:line="300" w:lineRule="auto"/>
      </w:pPr>
      <w:r>
        <w:rPr>
          <w:sz w:val="21"/>
        </w:rPr>
        <w:t>贪心vs DP：贪心每步取局部最优且不回头；DP枚举所有选择再比较。反例：硬币[1,3,4]凑6，贪心4+1+1=3枚，最优3+3=2枚。</w:t>
      </w:r>
    </w:p>
    <w:p>
      <w:pPr>
        <w:spacing w:after="80" w:line="300" w:lineRule="auto"/>
      </w:pPr>
      <w:r>
        <w:rPr>
          <w:sz w:val="21"/>
        </w:rPr>
      </w:r>
    </w:p>
    <w:p>
      <w:pPr>
        <w:jc w:val="center"/>
      </w:pPr>
      <w:r>
        <w:rPr>
          <w:b/>
          <w:color w:val="2E7D32"/>
          <w:sz w:val="22"/>
        </w:rPr>
        <w:t>你是专业 2/96、蓝桥杯国二、一作 CCF-C、在国际会议讲过英文的人。</w:t>
        <w:br/>
        <w:t>正常发挥，就是主场。9/20 长春，加油！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