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黑体" w:hAnsi="黑体" w:eastAsia="黑体"/>
          <w:b/>
          <w:sz w:val="26"/>
        </w:rPr>
        <w:t>① 上海科技大学 · 任侃老师（第一志愿，已提交后发送）</w:t>
      </w:r>
    </w:p>
    <w:p>
      <w:pPr>
        <w:spacing w:after="120" w:line="324" w:lineRule="auto"/>
      </w:pPr>
      <w:r>
        <w:t>收件人：renkan@shanghaitech.edu.cn</w:t>
      </w:r>
    </w:p>
    <w:p>
      <w:pPr>
        <w:spacing w:after="120" w:line="324" w:lineRule="auto"/>
      </w:pPr>
      <w:r>
        <w:t>主题：2027推免申请-桂林电子科技大学叶西佳（专业2/96，CCF-C一作，LLM Agent方向）-恳请报考任侃老师</w:t>
      </w:r>
    </w:p>
    <w:p>
      <w:pPr>
        <w:spacing w:after="120" w:line="324" w:lineRule="auto"/>
      </w:pPr>
      <w:r>
        <w:t>尊敬的任侃老师：</w:t>
      </w:r>
    </w:p>
    <w:p>
      <w:pPr>
        <w:spacing w:after="120" w:line="324" w:lineRule="auto"/>
      </w:pPr>
      <w:r>
        <w:t>您好！我是桂林电子科技大学智能科学与技术专业大四学生叶西佳，专业排名 2/96（前 2%）。我已通过上海科技大学信息科学与技术学院推免系统报名 2027 级 0812 计算机科学与技术学硕，并在三位意向导师中将您列为第一志愿，因此冒昧写信向您自荐。</w:t>
      </w:r>
    </w:p>
    <w:p>
      <w:pPr>
        <w:spacing w:after="120" w:line="324" w:lineRule="auto"/>
      </w:pPr>
      <w:r>
        <w:t>我长期关注您在大语言模型与 AI Agent、多模态、数据科学以及推荐广告方向的工作，尤其认同您将大规模真实业务（推荐与广告）与数据智能智能体结合的研究路径。我以第一作者完成的论文 iCoLoc（APWeb-WAIM 2026，CCF-C，已录用、待 EI 检索）正是一次“用 LLM 理解用户意图 + 个性化偏好建模”的尝试：系统用大模型解析自然语言查询生成冷启动用户向量，通过 Join-Base 共现挖掘候选，再由我设计的对比偏好学习重排器（PreferenceEncoder，triplet margin 0.3）依据反馈迭代建模用户偏好，在北京 POI 数据集上将排序准确率由 0.80/0.86 提升到 0.98。我已于 2026 年 9 月 8 日在越南岘港以英文完成该工作的口头报告。这段经历让我对推荐系统的用户建模与 LLM 个性化产生了强烈兴趣，也与您团队的 Data Science Agents 方向高度契合。</w:t>
      </w:r>
    </w:p>
    <w:p>
      <w:pPr>
        <w:spacing w:after="120" w:line="324" w:lineRule="auto"/>
      </w:pPr>
      <w:r>
        <w:t>工程上，我自研了一套基于 SQLite-vec 的本地 RAG 知识库（稠密+稀疏 RRF 融合、大模型重排，Top-7 约 85%，已开源），并基于 OpenClaw 实现了具备长期记忆与多智能体协作的个人 Agent。这个暑假我正在系统补 RLHF、DPO、GRPO 等对齐方法，希望未来在“LLM Agent 的个性化与可信对齐”方向深入。</w:t>
      </w:r>
    </w:p>
    <w:p>
      <w:pPr>
        <w:spacing w:after="120" w:line="324" w:lineRule="auto"/>
      </w:pPr>
      <w:r>
        <w:t>随信附上我的简历、论文全文与成绩单/排名证明。若老师方便，我非常希望能有一次线上交流的机会，向您详细汇报我的工作与读研规划。冒昧打扰，感谢您在百忙之中阅读，期待您的回复！</w:t>
        <w:br/>
        <w:br/>
        <w:t>顺颂时祺！</w:t>
        <w:br/>
        <w:br/>
        <w:t>叶西佳</w:t>
        <w:br/>
        <w:t>桂林电子科技大学 智能科学与技术专业（2027届）</w:t>
        <w:br/>
        <w:t>专业排名 2/96（前2%）</w:t>
        <w:br/>
        <w:t>邮箱：yexijia1124@163.com　电话：15577385181</w:t>
        <w:br/>
        <w:t>GitHub：github.com/Deshill-study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