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黑体" w:hAnsi="黑体" w:eastAsia="黑体"/>
          <w:b/>
          <w:sz w:val="26"/>
        </w:rPr>
        <w:t>② 华东师范大学计院 · 周杰老师（大模型/智能体/NLP）</w:t>
      </w:r>
    </w:p>
    <w:p>
      <w:pPr>
        <w:spacing w:after="120" w:line="324" w:lineRule="auto"/>
      </w:pPr>
      <w:r>
        <w:t>收件人：jzhou@cs.ecnu.edu.cn</w:t>
      </w:r>
    </w:p>
    <w:p>
      <w:pPr>
        <w:spacing w:after="120" w:line="324" w:lineRule="auto"/>
      </w:pPr>
      <w:r>
        <w:t>主题：2027推免申请-桂电叶西佳（2/96，CCF-C一作，大模型智能体方向）-希望加入您的课题组</w:t>
      </w:r>
    </w:p>
    <w:p>
      <w:pPr>
        <w:spacing w:after="120" w:line="324" w:lineRule="auto"/>
      </w:pPr>
      <w:r>
        <w:t>尊敬的周杰老师：</w:t>
      </w:r>
    </w:p>
    <w:p>
      <w:pPr>
        <w:spacing w:after="120" w:line="324" w:lineRule="auto"/>
      </w:pPr>
      <w:r>
        <w:t>您好！我是桂林电子科技大学智能科学与技术专业大四学生叶西佳，专业排名 2/96（前 2%）。我正在报名华东师范大学计算机科学与技术学院 2027 级推免研究生，拜读您在大模型、智能体与持续学习方向的工作（以及您参与研发的 EduChat）后非常向往，冒昧写信自荐。</w:t>
      </w:r>
    </w:p>
    <w:p>
      <w:pPr>
        <w:spacing w:after="120" w:line="324" w:lineRule="auto"/>
      </w:pPr>
      <w:r>
        <w:t>我以第一作者完成的论文 iCoLoc 被 APWeb-WAIM 2026（CCF-C）录用（待 EI 检索），并于 2026 年 9 月 8 日在越南岘港以英文作口头报告。该工作用大语言模型解析自然语言意图、生成冷启动用户向量，再以对比偏好学习重排器（PreferenceEncoder 384→256→384，triplet margin 0.3）依据反馈迭代建模偏好，将排序准确率从 0.80/0.86 提升至 0.98。我理解它与持续学习/个性化大模型中“让模型不断贴合用户”的核心问题相通。</w:t>
      </w:r>
    </w:p>
    <w:p>
      <w:pPr>
        <w:spacing w:after="120" w:line="324" w:lineRule="auto"/>
      </w:pPr>
      <w:r>
        <w:t>此外我主持了自治区级大创项目（已结题），自研本地 RAG 知识库（RRF 混合检索 + LLM 重排，已开源）并开发了多智能体协作的个人 Agent；获蓝桥杯 Python 大学 B 组全国二等奖。暑假我在系统学习 RLHF、DPO、GRPO 等对齐技术，希望在您指导下围绕大模型智能体与个性化对齐开展研究。</w:t>
      </w:r>
    </w:p>
    <w:p>
      <w:pPr>
        <w:spacing w:after="120" w:line="324" w:lineRule="auto"/>
      </w:pPr>
      <w:r>
        <w:t>随信附上我的简历、论文全文与成绩单/排名证明。若老师方便，我非常希望能有一次线上交流的机会，向您详细汇报我的工作与读研规划。冒昧打扰，感谢您在百忙之中阅读，期待您的回复！</w:t>
        <w:br/>
        <w:br/>
        <w:t>顺颂时祺！</w:t>
        <w:br/>
        <w:br/>
        <w:t>叶西佳</w:t>
        <w:br/>
        <w:t>桂林电子科技大学 智能科学与技术专业（2027届）</w:t>
        <w:br/>
        <w:t>专业排名 2/96（前2%）</w:t>
        <w:br/>
        <w:t>邮箱：yexijia1124@163.com　电话：15577385181</w:t>
        <w:br/>
        <w:t>GitHub：github.com/Deshill-study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