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26"/>
        </w:rPr>
        <w:t>③ 华南理工大学计院 · 马千里老师（数据挖掘/NLP/推荐系统）</w:t>
      </w:r>
    </w:p>
    <w:p>
      <w:pPr>
        <w:spacing w:after="120" w:line="324" w:lineRule="auto"/>
      </w:pPr>
      <w:r>
        <w:t>收件人：qianlima@scut.edu.cn</w:t>
      </w:r>
    </w:p>
    <w:p>
      <w:pPr>
        <w:spacing w:after="120" w:line="324" w:lineRule="auto"/>
      </w:pPr>
      <w:r>
        <w:t>主题：2027推免申请-桂电叶西佳（2/96，CCF-C一作，数据挖掘与LLM方向）-希望报考您的研究生</w:t>
      </w:r>
    </w:p>
    <w:p>
      <w:pPr>
        <w:spacing w:after="120" w:line="324" w:lineRule="auto"/>
      </w:pPr>
      <w:r>
        <w:t>尊敬的马千里老师：</w:t>
      </w:r>
    </w:p>
    <w:p>
      <w:pPr>
        <w:spacing w:after="120" w:line="324" w:lineRule="auto"/>
      </w:pPr>
      <w:r>
        <w:t>您好！我是桂林电子科技大学智能科学与技术专业大四学生叶西佳，专业排名 2/96（前 2%）。我正在华南理工大学预推免系统报名计算机科学与工程学院，您在数据挖掘、自然语言处理、推荐系统与机器学习方向的研究与我的背景高度契合，特此写信向您自荐。</w:t>
      </w:r>
    </w:p>
    <w:p>
      <w:pPr>
        <w:spacing w:after="120" w:line="324" w:lineRule="auto"/>
      </w:pPr>
      <w:r>
        <w:t>我以第一作者完成的论文 iCoLoc（APWeb-WAIM 2026，CCF-C，已录用、待 EI 检索）面向空间数据挖掘的冷启动问题：用大语言模型解析自然语言查询生成用户向量，以 Join-Base 共现挖掘候选模式，并用我设计的对比偏好学习重排器依据反馈迭代建模用户偏好，在北京 POI 数据集上将排序准确率由 0.80/0.86 提升至 0.98，9 月 8 日我在越南岘港以英文完成了口头报告。这套“意图理解—候选挖掘—偏好重排”的思路，与推荐系统的用户建模和个性化排序一脉相承。</w:t>
      </w:r>
    </w:p>
    <w:p>
      <w:pPr>
        <w:spacing w:after="120" w:line="324" w:lineRule="auto"/>
      </w:pPr>
      <w:r>
        <w:t>我具备扎实的工程与数据分析能力：自研基于 SQLite-vec 的 RAG 知识库（稠密+稀疏 RRF、LLM 重排，已开源），在南京拓尔思实习期间用 Python/SQL 完成问卷与电商用户行为分析，并主持自治区级大创（已结题）、获蓝桥杯 Python 全国二等奖。我希望在您指导下深耕数据挖掘与大模型结合的方向。</w:t>
      </w:r>
    </w:p>
    <w:p>
      <w:pPr>
        <w:spacing w:after="120" w:line="324" w:lineRule="auto"/>
      </w:pPr>
      <w:r>
        <w:t>随信附上我的简历、论文全文与成绩单/排名证明。若老师方便，我非常希望能有一次线上交流的机会，向您详细汇报我的工作与读研规划。冒昧打扰，感谢您在百忙之中阅读，期待您的回复！</w:t>
        <w:br/>
        <w:br/>
        <w:t>顺颂时祺！</w:t>
        <w:br/>
        <w:br/>
        <w:t>叶西佳</w:t>
        <w:br/>
        <w:t>桂林电子科技大学 智能科学与技术专业（2027届）</w:t>
        <w:br/>
        <w:t>专业排名 2/96（前2%）</w:t>
        <w:br/>
        <w:t>邮箱：yexijia1124@163.com　电话：15577385181</w:t>
        <w:br/>
        <w:t>GitHub：github.com/Deshill-study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