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</w:pPr>
      <w:r>
        <w:rPr>
          <w:rFonts w:ascii="楷体" w:hAnsi="楷体" w:eastAsia="楷体"/>
          <w:b/>
          <w:color w:val="808080"/>
          <w:sz w:val="26"/>
        </w:rPr>
        <w:t>套磁邮件正文（发送至：yuzhongjing@ustb.edu.cn）</w:t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邮件主题：2027级推免硕士申请-桂林电子科技大学叶西佳（已在预推免系统选择您为意向导师）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尊敬的于忠靖老师：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您好！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是桂林电子科技大学计算机与信息安全学院智能科学与技术专业2023级本科生叶西佳，专业排名6/96，预计可获得本校2027届推免资格。我已在北京科技大学2027年推免生预报名系统中选择智能科学与技术学院（0812J1人工智能科学与工程），并将您选为意向导师，特此致信并附上申请材料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科研方面，我以第一作者完成的iCoLoc工作被APWeb-WAIM 2026（CCF C类会议）Demo Track录用（2025.09–2026.06），通讯作者为包旭光教授。该工作面向共位（co-location）模式挖掘中候选模式数量庞大、用户难以找到感兴趣模式的问题：我将用户以自然语言表达的分析意图与候选模式的匹配问题，转化为基于用户偏好反馈的重排序任务——把"更相关/更不相关"的模式对作为监督信号，利用对比学习训练偏好打分函数，使模型学会判断任意两条模式谁更贴近用户意图，模式对排序正确率由0.80提升至0.98。我在项目中独立承担了方法设计与实验实现，完整经历了从问题建模、算法设计、实验验证到论文撰写的全过程。此外，我主持自治区级大学生创新训练项目，并获第十七届蓝桥杯Python程序设计大学B组全国总决赛二等奖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在科研实践中，我对强化学习与大语言模型方向产生了浓厚兴趣，目前正系统学习人类反馈强化学习相关工作（InstructGPT、DPO、GRPO）。关注到您在强化学习、图挖掘与机器学习方向的研究，与我的兴趣高度契合，非常希望能有机会在您指导下攻读硕士学位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附件为我的个人简历、本科成绩单与论文全文，恳请您拨冗审阅。期待有机会参加复试并向您当面汇报。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顺颂研安！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sz w:val="30"/>
        </w:rPr>
        <w:t>叶西佳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桂林电子科技大学 计算机与信息安全学院 智能科学与技术 2023级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学号：2300350128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邮箱：yexijia1124@gmail.com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电话：15577385181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GitHub：github.com/Deshill-study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发送前注意：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1. 用 Gmail（yexijia1124@gmail.com）发送；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2. 附件：简历 PDF + 本科成绩单 + 论文全文 PDF；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3. 系统报名截止 9月3日23:59，邮件尽早发。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