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rFonts w:ascii="Times New Roman" w:hAnsi="Times New Roman" w:eastAsia="黑体"/>
          <w:color w:val="1F3B73"/>
        </w:rPr>
        <w:t>深圳大学套磁邮件两封 · 叶西佳</w:t>
      </w:r>
    </w:p>
    <w:p>
      <w:r>
        <w:rPr>
          <w:rFonts w:ascii="Times New Roman" w:hAnsi="Times New Roman" w:eastAsia="宋体"/>
          <w:b/>
          <w:sz w:val="22"/>
        </w:rPr>
        <w:t>用途：2027 推免，深圳大学计算机与软件学院。</w:t>
      </w:r>
    </w:p>
    <w:p>
      <w:r>
        <w:rPr>
          <w:rFonts w:ascii="Times New Roman" w:hAnsi="Times New Roman" w:eastAsia="宋体"/>
          <w:b w:val="0"/>
          <w:sz w:val="22"/>
        </w:rPr>
        <w:t>发件邮箱：yexijia1124@163.com（163，建议）　|　发件昵称：叶西佳</w:t>
      </w:r>
    </w:p>
    <w:p>
      <w:r>
        <w:rPr>
          <w:rFonts w:ascii="Times New Roman" w:hAnsi="Times New Roman" w:eastAsia="宋体"/>
          <w:b w:val="0"/>
          <w:sz w:val="22"/>
        </w:rPr>
        <w:t>统一附件（3 个 PDF）：叶西佳-个人简历.pdf、iCoLoc 论文（APWeb-WAIM 2026 录用版）.pdf、成绩单与推免排名证明（2/96）.pdf</w:t>
      </w:r>
    </w:p>
    <w:p>
      <w:r>
        <w:rPr>
          <w:rFonts w:ascii="Times New Roman" w:hAnsi="Times New Roman" w:eastAsia="宋体"/>
          <w:b w:val="0"/>
          <w:color w:val="808080"/>
          <w:sz w:val="20"/>
        </w:rPr>
        <w:t>提醒：① 一封一封发，不要两封同时群发；② 论文统一表述为“已录用，待 EI 检索”；③ 发送后把已发状态告诉我。</w:t>
      </w:r>
    </w:p>
    <w:p/>
    <w:p>
      <w:pPr>
        <w:pStyle w:val="Heading1"/>
      </w:pPr>
      <w:r>
        <w:rPr>
          <w:rFonts w:ascii="Times New Roman" w:hAnsi="Times New Roman" w:eastAsia="黑体"/>
          <w:color w:val="1F3B73"/>
        </w:rPr>
        <w:t>第一封：致廖好教授（首次套磁 · 重点）</w:t>
      </w:r>
    </w:p>
    <w:p>
      <w:r>
        <w:rPr>
          <w:rFonts w:ascii="Times New Roman" w:hAnsi="Times New Roman" w:eastAsia="黑体"/>
          <w:b/>
        </w:rPr>
        <w:t>收件人：</w:t>
      </w:r>
      <w:r>
        <w:rPr>
          <w:rFonts w:ascii="Times New Roman" w:hAnsi="Times New Roman" w:eastAsia="宋体"/>
        </w:rPr>
        <w:t>haoliao@szu.edu.cn</w:t>
      </w:r>
    </w:p>
    <w:p>
      <w:r>
        <w:rPr>
          <w:rFonts w:ascii="Times New Roman" w:hAnsi="Times New Roman" w:eastAsia="黑体"/>
          <w:b/>
        </w:rPr>
        <w:t>邮件主题：</w:t>
      </w:r>
      <w:r>
        <w:rPr>
          <w:rFonts w:ascii="Times New Roman" w:hAnsi="Times New Roman" w:eastAsia="宋体"/>
        </w:rPr>
        <w:t>2027推免自荐-桂林电子科技大学叶西佳-iCoLoc一作/大模型推荐与智能体方向（综合排名2/96）</w:t>
      </w:r>
    </w:p>
    <w:p/>
    <w:p>
      <w:r>
        <w:rPr>
          <w:rFonts w:ascii="Times New Roman" w:hAnsi="Times New Roman" w:eastAsia="宋体"/>
          <w:b w:val="0"/>
          <w:sz w:val="22"/>
        </w:rPr>
        <w:t>尊敬的廖好老师：</w:t>
      </w:r>
    </w:p>
    <w:p>
      <w:r>
        <w:rPr>
          <w:rFonts w:ascii="Times New Roman" w:hAnsi="Times New Roman" w:eastAsia="宋体"/>
          <w:b w:val="0"/>
          <w:sz w:val="22"/>
        </w:rPr>
        <w:t>您好！冒昧来信，希望能申请您 2027 级推免硕士研究生。我是桂林电子科技大学计算机与信息安全学院智能科学与技术专业 2023 级本科生叶西佳，已获本校推免资格，推免综合排名 2/96（专业前 2%）。</w:t>
      </w:r>
    </w:p>
    <w:p>
      <w:r>
        <w:rPr>
          <w:rFonts w:ascii="Times New Roman" w:hAnsi="Times New Roman" w:eastAsia="宋体"/>
          <w:b w:val="0"/>
          <w:sz w:val="22"/>
        </w:rPr>
        <w:t>我长期关注您在“大模型智能体、大模型推荐系统、多模态大模型”方向的工作，尤其是您团队用 LLM 智能体模拟用户行为的 IMSIM 框架，把大模型的语义理解能力与推荐系统中的用户建模结合起来，这与我正在做的研究高度一致，因此非常希望能加入您的团队继续深造。</w:t>
      </w:r>
    </w:p>
    <w:p>
      <w:r>
        <w:rPr>
          <w:rFonts w:ascii="Times New Roman" w:hAnsi="Times New Roman" w:eastAsia="宋体"/>
          <w:b w:val="0"/>
          <w:sz w:val="22"/>
        </w:rPr>
        <w:t>在科研方面，我以第一作者完成论文 iCoLoc，已被 APWeb-WAIM 2026（CCF-C 类国际会议）Demo Track 录用，并于 2026 年 9 月在越南岘港做了英文口头报告与问答。该工作针对推荐系统冷启动问题，用大语言模型解析自然语言意图、生成冷启动用户向量，结合共现挖掘与三元组损失训练偏好编码器，在北京 POI 数据集上将排序准确率由约 0.80 提升到 0.98。此外，我还独立实现了一套本地检索增强生成（RAG）系统，采用稠密向量与稀疏检索混合、RRF 融合与大模型重排，Top-3 命中率约 65%。这些经历让我在 LLM 应用、用户/偏好建模和工程落地三方面都有一定积累。</w:t>
      </w:r>
    </w:p>
    <w:p>
      <w:r>
        <w:rPr>
          <w:rFonts w:ascii="Times New Roman" w:hAnsi="Times New Roman" w:eastAsia="宋体"/>
          <w:b w:val="0"/>
          <w:sz w:val="22"/>
        </w:rPr>
        <w:t>在竞赛与工程方面，我获第十七届蓝桥杯 Python 程序设计大学 B 组全国二等奖、广西赛区一等奖，并主持完成一项自治区级大学生创新创业训练项目。我已于 9 月 16 日参加贵院第二批推免线上机考，完成情况良好。</w:t>
      </w:r>
    </w:p>
    <w:p>
      <w:r>
        <w:rPr>
          <w:rFonts w:ascii="Times New Roman" w:hAnsi="Times New Roman" w:eastAsia="宋体"/>
          <w:b w:val="0"/>
          <w:sz w:val="22"/>
        </w:rPr>
        <w:t>我对“大模型 × 推荐系统 × 智能体”这一方向有强烈兴趣，也愿意在研究生阶段扎实投入科研与工程。随信附上我的个人简历、论文与成绩单排名材料，恳请您拨冗审阅。若有机会，我非常希望能与您进一步交流。</w:t>
      </w:r>
    </w:p>
    <w:p>
      <w:r>
        <w:rPr>
          <w:rFonts w:ascii="Times New Roman" w:hAnsi="Times New Roman" w:eastAsia="宋体"/>
          <w:b w:val="0"/>
          <w:sz w:val="22"/>
        </w:rPr>
        <w:t>顺颂时祺！</w:t>
      </w:r>
    </w:p>
    <w:p/>
    <w:p>
      <w:r>
        <w:rPr>
          <w:rFonts w:ascii="Times New Roman" w:hAnsi="Times New Roman" w:eastAsia="宋体"/>
          <w:b w:val="0"/>
          <w:sz w:val="22"/>
        </w:rPr>
        <w:t>叶西佳</w:t>
      </w:r>
    </w:p>
    <w:p>
      <w:r>
        <w:rPr>
          <w:rFonts w:ascii="Times New Roman" w:hAnsi="Times New Roman" w:eastAsia="宋体"/>
          <w:b w:val="0"/>
          <w:sz w:val="22"/>
        </w:rPr>
        <w:t>桂林电子科技大学 计算机与信息安全学院 智能科学与技术 2023 级</w:t>
      </w:r>
    </w:p>
    <w:p>
      <w:r>
        <w:rPr>
          <w:rFonts w:ascii="Times New Roman" w:hAnsi="Times New Roman" w:eastAsia="宋体"/>
          <w:b w:val="0"/>
          <w:sz w:val="22"/>
        </w:rPr>
        <w:t>电话：15577385181　邮箱：yexijia1124@163.com</w:t>
      </w:r>
    </w:p>
    <w:p>
      <w:r>
        <w:rPr>
          <w:rFonts w:ascii="Times New Roman" w:hAnsi="Times New Roman" w:eastAsia="宋体"/>
          <w:b w:val="0"/>
          <w:color w:val="808080"/>
          <w:sz w:val="20"/>
        </w:rPr>
        <w:t>发送前自查：附件 3 个齐全；主题可直接复制；不要添加“已被 EI 检索”等不实表述。</w:t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黑体"/>
          <w:color w:val="1F3B73"/>
        </w:rPr>
        <w:t>第二封：致林秋镇教授（二次自荐 · 8月首封未回，补充新进展）</w:t>
      </w:r>
    </w:p>
    <w:p>
      <w:r>
        <w:rPr>
          <w:rFonts w:ascii="Times New Roman" w:hAnsi="Times New Roman" w:eastAsia="黑体"/>
          <w:b/>
        </w:rPr>
        <w:t>收件人：</w:t>
      </w:r>
      <w:r>
        <w:rPr>
          <w:rFonts w:ascii="Times New Roman" w:hAnsi="Times New Roman" w:eastAsia="宋体"/>
        </w:rPr>
        <w:t>qiuzhlin@szu.edu.cn</w:t>
      </w:r>
    </w:p>
    <w:p>
      <w:r>
        <w:rPr>
          <w:rFonts w:ascii="Times New Roman" w:hAnsi="Times New Roman" w:eastAsia="黑体"/>
          <w:b/>
        </w:rPr>
        <w:t>邮件主题：</w:t>
      </w:r>
      <w:r>
        <w:rPr>
          <w:rFonts w:ascii="Times New Roman" w:hAnsi="Times New Roman" w:eastAsia="宋体"/>
        </w:rPr>
        <w:t>2027推免自荐（进展更新）-桂林电子科技大学叶西佳-综合排名2/96</w:t>
      </w:r>
    </w:p>
    <w:p/>
    <w:p>
      <w:r>
        <w:rPr>
          <w:rFonts w:ascii="Times New Roman" w:hAnsi="Times New Roman" w:eastAsia="宋体"/>
          <w:b w:val="0"/>
          <w:color w:val="808080"/>
          <w:sz w:val="20"/>
        </w:rPr>
        <w:t>说明：8月27日首封未获回复，此为隔3周后的进展更新式二次自荐，正常发送即可，不要写“感谢您之前的回复”。</w:t>
      </w:r>
    </w:p>
    <w:p>
      <w:r>
        <w:rPr>
          <w:rFonts w:ascii="Times New Roman" w:hAnsi="Times New Roman" w:eastAsia="宋体"/>
          <w:b w:val="0"/>
          <w:sz w:val="22"/>
        </w:rPr>
        <w:t>尊敬的林老师：</w:t>
      </w:r>
    </w:p>
    <w:p>
      <w:r>
        <w:rPr>
          <w:rFonts w:ascii="Times New Roman" w:hAnsi="Times New Roman" w:eastAsia="宋体"/>
          <w:b w:val="0"/>
          <w:sz w:val="22"/>
        </w:rPr>
        <w:t>您好！我是桂林电子科技大学智能科学与技术专业 2023 级本科生叶西佳。今年 8 月我曾冒昧给您发过一封自荐邮件，因近期有一些重要进展，想再次向您汇报并表达加入您团队的意愿。</w:t>
      </w:r>
    </w:p>
    <w:p>
      <w:r>
        <w:rPr>
          <w:rFonts w:ascii="Times New Roman" w:hAnsi="Times New Roman" w:eastAsia="宋体"/>
          <w:b w:val="0"/>
          <w:sz w:val="22"/>
        </w:rPr>
        <w:t>第一，我已正式获得本校推免资格，推免综合排名 2/96（专业前 2%），盖章排名证明与成绩单均已备齐。</w:t>
      </w:r>
    </w:p>
    <w:p>
      <w:r>
        <w:rPr>
          <w:rFonts w:ascii="Times New Roman" w:hAnsi="Times New Roman" w:eastAsia="宋体"/>
          <w:b w:val="0"/>
          <w:sz w:val="22"/>
        </w:rPr>
        <w:t>第二，我以第一作者完成的论文 iCoLoc 已被 APWeb-WAIM 2026（CCF-C）录用，并于 9 月在越南岘港完成英文口头报告与问答；工作中我持续接触大语言模型与用户建模，也更加希望在智能系统与人工智能安全方向深入。</w:t>
      </w:r>
    </w:p>
    <w:p>
      <w:r>
        <w:rPr>
          <w:rFonts w:ascii="Times New Roman" w:hAnsi="Times New Roman" w:eastAsia="宋体"/>
          <w:b w:val="0"/>
          <w:sz w:val="22"/>
        </w:rPr>
        <w:t>第三，我已于 9 月 16 日按时参加计算机与软件学院第二批推免线上机考，全程独立完成，发挥稳定。</w:t>
      </w:r>
    </w:p>
    <w:p>
      <w:r>
        <w:rPr>
          <w:rFonts w:ascii="Times New Roman" w:hAnsi="Times New Roman" w:eastAsia="宋体"/>
          <w:b w:val="0"/>
          <w:sz w:val="22"/>
        </w:rPr>
        <w:t>我一直关注您在人工智能安全、强化学习与多目标优化方向的研究，认同“安全与智能并重”的理念，希望能在您指导下，把大模型智能体安全与优化方法结合起来开展研究。随信附上更新版简历、论文与排名材料，恳请您拨冗审阅。若能有进一步交流或面试的机会，我一定认真准备。</w:t>
      </w:r>
    </w:p>
    <w:p>
      <w:r>
        <w:rPr>
          <w:rFonts w:ascii="Times New Roman" w:hAnsi="Times New Roman" w:eastAsia="宋体"/>
          <w:b w:val="0"/>
          <w:sz w:val="22"/>
        </w:rPr>
        <w:t>顺颂时祺！</w:t>
      </w:r>
    </w:p>
    <w:p/>
    <w:p>
      <w:r>
        <w:rPr>
          <w:rFonts w:ascii="Times New Roman" w:hAnsi="Times New Roman" w:eastAsia="宋体"/>
          <w:b w:val="0"/>
          <w:sz w:val="22"/>
        </w:rPr>
        <w:t>叶西佳</w:t>
      </w:r>
    </w:p>
    <w:p>
      <w:r>
        <w:rPr>
          <w:rFonts w:ascii="Times New Roman" w:hAnsi="Times New Roman" w:eastAsia="宋体"/>
          <w:b w:val="0"/>
          <w:sz w:val="22"/>
        </w:rPr>
        <w:t>桂林电子科技大学 计算机与信息安全学院 智能科学与技术 2023 级</w:t>
      </w:r>
    </w:p>
    <w:p>
      <w:r>
        <w:rPr>
          <w:rFonts w:ascii="Times New Roman" w:hAnsi="Times New Roman" w:eastAsia="宋体"/>
          <w:b w:val="0"/>
          <w:sz w:val="22"/>
        </w:rPr>
        <w:t>电话：15577385181　邮箱：yexijia1124@163.com</w:t>
      </w:r>
    </w:p>
    <w:p>
      <w:r>
        <w:rPr>
          <w:rFonts w:ascii="Times New Roman" w:hAnsi="Times New Roman" w:eastAsia="宋体"/>
          <w:b w:val="0"/>
          <w:color w:val="808080"/>
          <w:sz w:val="20"/>
        </w:rPr>
        <w:t>提醒：林老师方向偏 AI 安全 / 强化学习 / 多目标优化，正文已据此措辞，不要再大篇幅只讲推荐系统。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