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韩越兴老师套磁邮件（最终版）</w:t>
      </w:r>
    </w:p>
    <w:p>
      <w:r>
        <w:rPr>
          <w:b/>
        </w:rPr>
        <w:t>【邮件主题】：</w:t>
      </w:r>
      <w:r>
        <w:t>保研申请 - 叶西佳 - 桂林电子科技大学 - 智能科学与技术 - 专业排名6/96 - 申请大模型/RAG方向</w:t>
      </w:r>
    </w:p>
    <w:p>
      <w:r>
        <w:t>==================================================</w:t>
      </w:r>
    </w:p>
    <w:p>
      <w:r>
        <w:t>尊敬的韩越兴老师：</w:t>
      </w:r>
    </w:p>
    <w:p/>
    <w:p>
      <w:r>
        <w:t xml:space="preserve">    您好！冒昧打扰您，我是桂林电子科技大学计算机与信息安全学院智能科学与技术专业大三学生叶西佳，学号2300350128，预计能够拿到本校2027届推免资格，非常希望能申请您2027级的硕士研究生，因此冒昧给您发邮件介绍一下我的情况。</w:t>
      </w:r>
    </w:p>
    <w:p>
      <w:r>
        <w:t xml:space="preserve">    我目前累计学分绩83.8分，专业排名6/96（前6.25%），已通过大学英语四级（469分）、六级（437分）；本科期间获得第17届蓝桥杯软件类省赛一等奖、大学生创新训练项目自治区级立项、长三角高校数学建模竞赛二等奖、MathorCup数学应用挑战赛省三等奖等竞赛奖项，专业基础比较扎实。</w:t>
      </w:r>
    </w:p>
    <w:p>
      <w:r>
        <w:t xml:space="preserve">    我在学院官网了解到您主要做大模型应用、检索增强生成（RAG）、智能问答方向的研究，我自己平时也对大模型落地应用非常感兴趣，并且独立做过相关的实践项目：我针对大模型幻觉、私有数据问答准确率低的问题，独立开发了一套轻量可本地部署的RAG知识库问答系统，采用SQLite-vec作为向量数据库，实现了向量检索+关键词检索的混合检索架构，通过RRF融合算法+LLM重排序优化准确率，最终Top3问答准确率65%，Top7准确率85%，项目代码开源在GitHub：https://github.com/Deshill-study/rag-llm-qa-system。除此之外我还参与过基于OpenClaw框架的多智能体助手开发，做过文献调研、复习助手等大模型落地工作流，有一定的大模型应用开发经验，非常希望能有机会跟着您继续在RAG/大模型应用方向深入学习。</w:t>
      </w:r>
    </w:p>
    <w:p>
      <w:r>
        <w:t xml:space="preserve">    我之前在南京拓尔思智能系统有限公司有过数据科学相关实习经历，能熟练使用Python进行数据处理和工程开发，学习能力和动手能力比较强，如果老师您今年还有招生名额，我非常希望能有机会和您进一步交流，参加您团队的夏令营/预推免考核。</w:t>
      </w:r>
    </w:p>
    <w:p>
      <w:r>
        <w:t xml:space="preserve">    附件里是我的个人简历和本科成绩单（加盖公章版），方便您参考。不管结果如何，都非常感谢您在百忙之中抽出时间阅读我的邮件，祝您工作顺利，身体健康！</w:t>
      </w:r>
    </w:p>
    <w:p/>
    <w:p>
      <w:r>
        <w:t>此致</w:t>
      </w:r>
    </w:p>
    <w:p>
      <w:r>
        <w:t>敬礼！</w:t>
      </w:r>
    </w:p>
    <w:p/>
    <w:p>
      <w:pPr>
        <w:jc w:val="right"/>
      </w:pPr>
      <w:r>
        <w:t>学生：叶西佳</w:t>
        <w:br/>
      </w:r>
      <w:r>
        <w:t>日期：2026年7月13日</w:t>
        <w:br/>
      </w:r>
      <w:r>
        <w:t>联系方式：[你的手机号] | 微信号：[你的微信号] | GitHub：https://github.com/Deshill-study</w:t>
      </w:r>
    </w:p>
    <w:p>
      <w:r>
        <w:br w:type="page"/>
      </w:r>
    </w:p>
    <w:p>
      <w:pPr>
        <w:pStyle w:val="Heading2"/>
      </w:pPr>
      <w:r>
        <w:t>使用说明</w:t>
      </w:r>
    </w:p>
    <w:p>
      <w:r>
        <w:t>1. 请在联系方式处补全你的手机号和微信号</w:t>
      </w:r>
    </w:p>
    <w:p>
      <w:r>
        <w:t>2. 附件发送两个PDF：① 优化后的简历（1页）② 盖公章的成绩单扫描件</w:t>
      </w:r>
    </w:p>
    <w:p>
      <w:r>
        <w:t>3. 发送时间建议选工作日上午9:00-10:00，老师查收邮件概率更高</w:t>
      </w:r>
    </w:p>
    <w:p>
      <w:r>
        <w:t>4. 如果3天没收到回复，可以再发一次提醒，还是没回复就换其他老师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