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80"/>
        <w:jc w:val="center"/>
      </w:pPr>
      <w:r>
        <w:rPr>
          <w:rFonts w:ascii="楷体" w:hAnsi="楷体" w:eastAsia="楷体"/>
          <w:b/>
          <w:color w:val="1F4E79"/>
          <w:sz w:val="44"/>
        </w:rPr>
        <w:t>「包中包」现场互动 · 问答题目集</w:t>
      </w:r>
    </w:p>
    <w:p>
      <w:pPr>
        <w:spacing w:line="360" w:lineRule="auto" w:after="40"/>
        <w:jc w:val="center"/>
      </w:pPr>
      <w:r>
        <w:rPr>
          <w:rFonts w:ascii="楷体" w:hAnsi="楷体" w:eastAsia="楷体"/>
          <w:b w:val="0"/>
          <w:color w:val="888888"/>
          <w:sz w:val="24"/>
        </w:rPr>
        <w:t>2026 东由叶公祠奖学仪式 · 活动环节</w:t>
      </w:r>
    </w:p>
    <w:p>
      <w:pPr>
        <w:spacing w:line="360" w:lineRule="auto" w:after="320"/>
        <w:jc w:val="center"/>
      </w:pPr>
      <w:r>
        <w:rPr>
          <w:rFonts w:ascii="楷体" w:hAnsi="楷体" w:eastAsia="楷体"/>
          <w:b w:val="0"/>
          <w:color w:val="888888"/>
          <w:sz w:val="22"/>
        </w:rPr>
        <w:t>使用说明：每个小红包里塞一道题，随机请观众/学子/家长抽题作答。题目按对象分四组，主持可灵活指派。</w:t>
      </w:r>
    </w:p>
    <w:p>
      <w:pPr>
        <w:spacing w:line="360" w:lineRule="auto" w:after="120"/>
        <w:jc w:val="left"/>
      </w:pPr>
      <w:r>
        <w:rPr>
          <w:rFonts w:ascii="楷体" w:hAnsi="楷体" w:eastAsia="楷体"/>
          <w:b/>
          <w:color w:val="1F4E79"/>
          <w:sz w:val="36"/>
        </w:rPr>
        <w:t>A 组｜家长寄语（请抽中的家长回答）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color w:val="888888"/>
          <w:sz w:val="24"/>
        </w:rPr>
        <w:t>适合请学子的父母、爷爷奶奶、叔伯等长辈上台，对孩子或全场学子说几句。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1. 假如你是今年考上大学的这位学子的家长，此刻最想对他（她）说一句什么话？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2. 孩子要出远门读书了，你最想塞进行李箱里的一样东西是什么？为什么？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3. 如果只能对孩子说一句叮嘱，你会说哪一句？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4. 你年轻时有没有过一个没实现的读书梦？现在想对当年的自己说什么？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5. 孩子从小到大，最让你骄傲的一个瞬间是什么？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6. 看着孩子考上大学，你最想感谢的人是谁？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7. 对即将离家的孩子，你最担心的一件事是什么？最放心的一件事又是什么？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8. 如果四年后孩子毕业站回这个台上，你希望他（她）成为一个什么样的人？</w:t>
      </w:r>
    </w:p>
    <w:p/>
    <w:p>
      <w:pPr>
        <w:spacing w:line="360" w:lineRule="auto" w:after="120"/>
        <w:jc w:val="left"/>
      </w:pPr>
      <w:r>
        <w:rPr>
          <w:rFonts w:ascii="楷体" w:hAnsi="楷体" w:eastAsia="楷体"/>
          <w:b/>
          <w:color w:val="1F4E79"/>
          <w:sz w:val="36"/>
        </w:rPr>
        <w:t>B 组｜学子心声（请抽中的学子回答）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color w:val="888888"/>
          <w:sz w:val="24"/>
        </w:rPr>
        <w:t>请今年的获奖学子，或现场任意一位学生代表回答。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1. 如果今天是你考上了大学，你最想对爸爸妈妈说的一句话是什么？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2. 这么多年读书，最想对家人说但一直没说出口的一句话是什么？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3. 从小到大，父母为你做过的、让你最感动的一件小事是什么？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4. 马上要离开家去外地上学了，最舍不得家里的什么？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5. 你打算在大学里学会的第一件「以前都是爸妈帮你做」的事是什么？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6. 四年后毕业那天，你希望自己能拿出什么来回报家人？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7. 如果让你用三个词形容自己的父母，会是哪三个词？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8. 上大学后，第一件想给爸妈买的礼物是什么？</w:t>
      </w:r>
    </w:p>
    <w:p/>
    <w:p>
      <w:pPr>
        <w:spacing w:line="360" w:lineRule="auto" w:after="120"/>
        <w:jc w:val="left"/>
      </w:pPr>
      <w:r>
        <w:rPr>
          <w:rFonts w:ascii="楷体" w:hAnsi="楷体" w:eastAsia="楷体"/>
          <w:b/>
          <w:color w:val="1F4E79"/>
          <w:sz w:val="36"/>
        </w:rPr>
        <w:t>C 组｜弟妹提问（请在场中小学生回答）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color w:val="888888"/>
          <w:sz w:val="24"/>
        </w:rPr>
        <w:t>把话筒交给在场的弟弟妹妹，听听他们的问题和心愿。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1. 你有什么问题想问今天上台的哥哥姐姐？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2. 长大以后，你想考哪所大学？想做什么工作？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3. 看到哥哥姐姐领奖，你心里在想什么？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4. 如果你是今天的主持人，你最想问哥哥姐姐一个什么问题？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5. 你觉得读书最辛苦的是什么？最开心的又是什么？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6. 新的一学期，你最想给自己定一个什么小目标？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7. 哥哥姐姐要去外地上学了，你最想跟他们说一句什么？</w:t>
      </w:r>
    </w:p>
    <w:p/>
    <w:p>
      <w:pPr>
        <w:spacing w:line="360" w:lineRule="auto" w:after="120"/>
        <w:jc w:val="left"/>
      </w:pPr>
      <w:r>
        <w:rPr>
          <w:rFonts w:ascii="楷体" w:hAnsi="楷体" w:eastAsia="楷体"/>
          <w:b/>
          <w:color w:val="1F4E79"/>
          <w:sz w:val="36"/>
        </w:rPr>
        <w:t>D 组｜全场互动（任意观众都可回答）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color w:val="888888"/>
          <w:sz w:val="24"/>
        </w:rPr>
        <w:t>气氛担当，适合穿插在颁奖中段，让全场都参与进来。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1. 在你心里，「读书改变命运」这句话还成立吗？为什么？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2. 如果让你给今年考上大学的孩子们送一个四字成语，你会送哪个？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3. 你觉得一个孩子成才，最重要的是天赋、努力，还是家里的支持？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4. 请用一句话夸一夸今天台上的任意一位学子。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5. 你还记得自己当年拿到录取通知书（或孩子拿到）那一刻的心情吗？用一个词形容。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6. 如果时间能倒回 20 岁，你最想对那时候的自己说一句什么？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7. 东由叶氏的孩子，最应该守住的一样东西是什么？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8. 你希望十年后的今天，我们这个奖学仪式变成什么样子？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9. 请用一句话告诉台下的弟弟妹妹：为什么要好好读书？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10. 如果让你给基金捐一块钱，你愿意把它花在学子的哪一件事情上？</w:t>
      </w:r>
    </w:p>
    <w:p/>
    <w:p>
      <w:pPr>
        <w:spacing w:line="360" w:lineRule="auto" w:after="120"/>
        <w:jc w:val="left"/>
      </w:pPr>
      <w:r>
        <w:rPr>
          <w:rFonts w:ascii="楷体" w:hAnsi="楷体" w:eastAsia="楷体"/>
          <w:b/>
          <w:color w:val="1F4E79"/>
          <w:sz w:val="36"/>
        </w:rPr>
        <w:t>E 组｜彩蛋题（气氛组专用）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color w:val="888888"/>
          <w:sz w:val="24"/>
        </w:rPr>
        <w:t>这几道是用来制造笑声和掌声的，适合主持人临场挑选。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1. 用家乡话说一句「恭喜考上大学」，看谁说得最地道。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2. 请模仿一下你爸妈平时催你写作业/找工作/谈恋爱时的口头禅。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3. 如果大学四年只能带一样家里的东西去宿舍，你带什么？（不能带手机和钱）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4. 用三句话把自己的大学「吹」给在场长辈听，让没听过的人也想去。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0"/>
        </w:rPr>
        <w:t>5. 请现场给爸妈发一条微信，内容只有五个字，你会发什么？</w:t>
      </w:r>
    </w:p>
    <w:p/>
    <w:p>
      <w:r>
        <w:br w:type="page"/>
      </w:r>
    </w:p>
    <w:p>
      <w:pPr>
        <w:spacing w:line="360" w:lineRule="auto" w:after="280"/>
        <w:jc w:val="center"/>
      </w:pPr>
      <w:r>
        <w:rPr>
          <w:rFonts w:ascii="楷体" w:hAnsi="楷体" w:eastAsia="楷体"/>
          <w:b/>
          <w:color w:val="1F4E79"/>
          <w:sz w:val="40"/>
        </w:rPr>
        <w:t>主持人串词建议（活动环节用）</w:t>
      </w:r>
    </w:p>
    <w:p>
      <w:pPr>
        <w:spacing w:line="360" w:lineRule="auto" w:after="160"/>
        <w:ind w:firstLine="640"/>
        <w:jc w:val="left"/>
      </w:pPr>
      <w:r>
        <w:rPr>
          <w:rFonts w:ascii="楷体" w:hAnsi="楷体" w:eastAsia="楷体"/>
          <w:b w:val="0"/>
          <w:sz w:val="32"/>
        </w:rPr>
        <w:t>—— 好，颁了一半奖，咱们歇一歇，玩个小游戏。</w:t>
      </w:r>
    </w:p>
    <w:p>
      <w:pPr>
        <w:spacing w:line="360" w:lineRule="auto" w:after="160"/>
        <w:ind w:firstLine="640"/>
        <w:jc w:val="left"/>
      </w:pPr>
      <w:r>
        <w:rPr>
          <w:rFonts w:ascii="楷体" w:hAnsi="楷体" w:eastAsia="楷体"/>
          <w:b w:val="0"/>
          <w:sz w:val="32"/>
        </w:rPr>
        <w:t>我手里这一摞小红包，每个里面都包着一道题。</w:t>
      </w:r>
    </w:p>
    <w:p>
      <w:pPr>
        <w:spacing w:line="360" w:lineRule="auto" w:after="160"/>
        <w:ind w:firstLine="640"/>
        <w:jc w:val="left"/>
      </w:pPr>
      <w:r>
        <w:rPr>
          <w:rFonts w:ascii="楷体" w:hAnsi="楷体" w:eastAsia="楷体"/>
          <w:b w:val="0"/>
          <w:sz w:val="32"/>
        </w:rPr>
        <w:t>注意啊，红包里没有钱，但我保证，里面的问题比钱值钱。</w:t>
      </w:r>
    </w:p>
    <w:p>
      <w:pPr>
        <w:spacing w:line="360" w:lineRule="auto" w:after="160"/>
        <w:ind w:firstLine="640"/>
        <w:jc w:val="left"/>
      </w:pPr>
      <w:r>
        <w:rPr>
          <w:rFonts w:ascii="楷体" w:hAnsi="楷体" w:eastAsia="楷体"/>
          <w:b w:val="0"/>
          <w:sz w:val="32"/>
        </w:rPr>
        <w:t>我随机走到哪位长辈/同学面前，就请您抽一个，念出来，然后回答。</w:t>
      </w:r>
    </w:p>
    <w:p>
      <w:pPr>
        <w:spacing w:line="360" w:lineRule="auto" w:after="160"/>
        <w:ind w:firstLine="640"/>
        <w:jc w:val="left"/>
      </w:pPr>
      <w:r>
        <w:rPr>
          <w:rFonts w:ascii="楷体" w:hAnsi="楷体" w:eastAsia="楷体"/>
          <w:b w:val="0"/>
          <w:sz w:val="32"/>
        </w:rPr>
        <w:t>答得好，全场给您掌声；答得感动了，我们也不赔眼泪；答得好笑，那您就是今天的气氛担当。</w:t>
      </w:r>
    </w:p>
    <w:p>
      <w:pPr>
        <w:spacing w:line="360" w:lineRule="auto" w:after="160"/>
        <w:ind w:firstLine="640"/>
        <w:jc w:val="left"/>
      </w:pPr>
      <w:r>
        <w:rPr>
          <w:rFonts w:ascii="楷体" w:hAnsi="楷体" w:eastAsia="楷体"/>
          <w:b w:val="0"/>
          <w:sz w:val="32"/>
        </w:rPr>
        <w:t>—— 来，第一位，我看看走到谁面前……</w:t>
      </w:r>
    </w:p>
    <w:p>
      <w:pPr>
        <w:spacing w:line="360" w:lineRule="auto" w:after="200"/>
        <w:jc w:val="left"/>
      </w:pPr>
    </w:p>
    <w:p>
      <w:pPr>
        <w:spacing w:line="360" w:lineRule="auto" w:after="120"/>
        <w:jc w:val="left"/>
      </w:pPr>
      <w:r>
        <w:rPr>
          <w:rFonts w:ascii="楷体" w:hAnsi="楷体" w:eastAsia="楷体"/>
          <w:b/>
          <w:color w:val="C00000"/>
          <w:sz w:val="30"/>
        </w:rPr>
        <w:t>⚠ 主持提醒：</w:t>
      </w:r>
    </w:p>
    <w:p>
      <w:pPr>
        <w:spacing w:line="336" w:lineRule="auto" w:after="120"/>
        <w:jc w:val="left"/>
      </w:pPr>
      <w:r>
        <w:rPr>
          <w:rFonts w:ascii="楷体" w:hAnsi="楷体" w:eastAsia="楷体"/>
          <w:b w:val="0"/>
          <w:sz w:val="28"/>
        </w:rPr>
        <w:t>· 抽题前先看人：长辈优先答 A 组，学子优先答 B 组，小朋友优先答 C 组。</w:t>
      </w:r>
    </w:p>
    <w:p>
      <w:pPr>
        <w:spacing w:line="336" w:lineRule="auto" w:after="120"/>
        <w:jc w:val="left"/>
      </w:pPr>
      <w:r>
        <w:rPr>
          <w:rFonts w:ascii="楷体" w:hAnsi="楷体" w:eastAsia="楷体"/>
          <w:b w:val="0"/>
          <w:sz w:val="28"/>
        </w:rPr>
        <w:t>· 每组题目可以提前按颜色分装红包（A红/B蓝/C黄/D绿/E金），现场好控场。</w:t>
      </w:r>
    </w:p>
    <w:p>
      <w:pPr>
        <w:spacing w:line="336" w:lineRule="auto" w:after="120"/>
        <w:jc w:val="left"/>
      </w:pPr>
      <w:r>
        <w:rPr>
          <w:rFonts w:ascii="楷体" w:hAnsi="楷体" w:eastAsia="楷体"/>
          <w:b w:val="0"/>
          <w:sz w:val="28"/>
        </w:rPr>
        <w:t>· 有人答得特别好或特别感人，立刻接一句「来，掌声给他」，把气氛托住。</w:t>
      </w:r>
    </w:p>
    <w:p>
      <w:pPr>
        <w:spacing w:line="336" w:lineRule="auto" w:after="120"/>
        <w:jc w:val="left"/>
      </w:pPr>
      <w:r>
        <w:rPr>
          <w:rFonts w:ascii="楷体" w:hAnsi="楷体" w:eastAsia="楷体"/>
          <w:b w:val="0"/>
          <w:sz w:val="28"/>
        </w:rPr>
        <w:t>· 如果有人紧张答不出，不要硬等——主持人可以补一句「这题留给您回家想，再抽一个」。</w:t>
      </w:r>
    </w:p>
    <w:p>
      <w:pPr>
        <w:spacing w:line="336" w:lineRule="auto" w:after="120"/>
        <w:jc w:val="left"/>
      </w:pPr>
      <w:r>
        <w:rPr>
          <w:rFonts w:ascii="楷体" w:hAnsi="楷体" w:eastAsia="楷体"/>
          <w:b w:val="0"/>
          <w:sz w:val="28"/>
        </w:rPr>
        <w:t>· 每个红包答题控制在 1—2 分钟，整组游戏 7—10 分钟内收尾，别拖。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楷体" w:hAnsi="楷体" w:eastAsia="楷体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