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80"/>
        <w:jc w:val="center"/>
      </w:pPr>
      <w:r>
        <w:rPr>
          <w:rFonts w:ascii="楷体" w:hAnsi="楷体" w:eastAsia="楷体"/>
          <w:b/>
          <w:sz w:val="44"/>
        </w:rPr>
        <w:t>叶西洹  奖学金感言</w:t>
      </w:r>
    </w:p>
    <w:p>
      <w:pPr>
        <w:spacing w:line="360" w:lineRule="auto" w:after="40"/>
        <w:jc w:val="center"/>
      </w:pPr>
      <w:r>
        <w:rPr>
          <w:rFonts w:ascii="楷体" w:hAnsi="楷体" w:eastAsia="楷体"/>
          <w:b w:val="0"/>
          <w:color w:val="888888"/>
          <w:sz w:val="24"/>
        </w:rPr>
        <w:t>2026 东由叶公祠助学敬老基金 · 奖学仪式</w:t>
      </w:r>
    </w:p>
    <w:p>
      <w:pPr>
        <w:spacing w:line="360" w:lineRule="auto" w:after="320"/>
        <w:jc w:val="center"/>
      </w:pPr>
      <w:r>
        <w:rPr>
          <w:rFonts w:ascii="楷体" w:hAnsi="楷体" w:eastAsia="楷体"/>
          <w:b w:val="0"/>
          <w:color w:val="888888"/>
          <w:sz w:val="24"/>
        </w:rPr>
        <w:t>上海大学 · 全程约 3 分钟 · 上台手持版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各位长辈，各位叔伯婶婆，各位兄弟姐妹：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大家好，我是叶西洹。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今年高考，我考上了上海大学。今天来领这份奖学，很荣幸，也有点不好意思——这么多长辈坐在这儿看着我。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〔停一下〕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先说个事。我在贺州出生，但初中就去柳州读书了，一读六年。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很多人问我：这么小出去，苦不苦？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我实话说——不苦。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那六年挺快乐的。有一起熬晚自习的同学，有考完试冲出校门吃的那碗螺蛳粉，有天天催我交作业的班主任。现在回头看，全是好事。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所以我没什么苦要讲。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〔停一下〕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但有一件事我想讲一下，因为我觉得对在座的弟弟妹妹有用。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高考前最后一次考试，我们学校叫「信心考」。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顾名思义，就是让你考完之后有信心的那一场。</w:t>
      </w:r>
    </w:p>
    <w:p>
      <w:pPr>
        <w:spacing w:line="360" w:lineRule="auto" w:after="240"/>
        <w:jc w:val="left"/>
      </w:pPr>
      <w:r>
        <w:rPr>
          <w:rFonts w:ascii="楷体" w:hAnsi="楷体" w:eastAsia="楷体"/>
          <w:b/>
          <w:sz w:val="36"/>
        </w:rPr>
        <w:t>我考砸了。</w:t>
      </w:r>
    </w:p>
    <w:p>
      <w:pPr>
        <w:spacing w:line="360" w:lineRule="auto" w:after="240"/>
        <w:jc w:val="left"/>
      </w:pPr>
      <w:r>
        <w:rPr>
          <w:rFonts w:ascii="楷体" w:hAnsi="楷体" w:eastAsia="楷体"/>
          <w:b/>
          <w:sz w:val="36"/>
        </w:rPr>
        <w:t>那次我只超特控线 20 分。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 —— 停住，让台下静下来〕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那几天挺难受的。最后一场模考，最该稳的时候，我掉下来了。心里就一个念头：完了，就这样了，前面几年白读了。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我也想过，是不是我这个水平就到这儿了。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但那时候离高考只剩十几天，难受也没别的办法，只能接着做题。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〔停一下〕</w:t>
      </w:r>
    </w:p>
    <w:p>
      <w:pPr>
        <w:spacing w:line="360" w:lineRule="auto" w:after="240"/>
        <w:jc w:val="left"/>
      </w:pPr>
      <w:r>
        <w:rPr>
          <w:rFonts w:ascii="楷体" w:hAnsi="楷体" w:eastAsia="楷体"/>
          <w:b/>
          <w:sz w:val="36"/>
        </w:rPr>
        <w:t>高考出分那天，我超了特控线 70 多分。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从 20 分，到 70 多分，中间就隔了十几天。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 —— 等掌声〕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我不是想说我有多厉害。我是想说一件很朴素的事：</w:t>
      </w:r>
    </w:p>
    <w:p>
      <w:pPr>
        <w:spacing w:line="360" w:lineRule="auto" w:after="240"/>
        <w:jc w:val="left"/>
      </w:pPr>
      <w:r>
        <w:rPr>
          <w:rFonts w:ascii="楷体" w:hAnsi="楷体" w:eastAsia="楷体"/>
          <w:b/>
          <w:sz w:val="36"/>
        </w:rPr>
        <w:t>一次考试，定不了你。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模考砸了不代表高考砸，那次难受也不代表以后都难受。我当时要是就那么放弃了，今天我不会站在这儿。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所以弟弟妹妹们，你们以后一定也会遇到考砸的时候。到那天你就想一想我今天说的：</w:t>
      </w:r>
    </w:p>
    <w:p>
      <w:pPr>
        <w:spacing w:line="360" w:lineRule="auto" w:after="240"/>
        <w:jc w:val="left"/>
      </w:pPr>
      <w:r>
        <w:rPr>
          <w:rFonts w:ascii="楷体" w:hAnsi="楷体" w:eastAsia="楷体"/>
          <w:b/>
          <w:sz w:val="36"/>
        </w:rPr>
        <w:t>别在最后十几天里，先把自己判了死刑。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 —— 抬头，看着弟弟妹妹说这句〕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当然，我能这么安心地读书、这么放心地考砸再爬起来，不是我一个人的本事。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我爸我妈供了我六年。今天这份奖学，是各位长辈一笔一笔凑出来的。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这个我记得住。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〔停一下〕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下个月我就去上海了。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从贺州到柳州，再到上海，越走越远。但走多远我都知道自己是哪儿的人。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大学肯定不会像高中那么好过，我心里有数。但我带着这份奖学去，就当是家里给了我一句话：往前走，后面有人。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有这句话，够了。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〔停一下〕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最后，谢谢东由叶公祠助学敬老基金，谢谢各位长辈；谢谢我爸我妈。</w:t>
      </w:r>
    </w:p>
    <w:p>
      <w:pPr>
        <w:spacing w:line="360" w:lineRule="auto" w:after="200"/>
        <w:jc w:val="left"/>
      </w:pPr>
      <w:r>
        <w:rPr>
          <w:rFonts w:ascii="楷体" w:hAnsi="楷体" w:eastAsia="楷体"/>
          <w:b w:val="0"/>
          <w:sz w:val="32"/>
        </w:rPr>
        <w:t>我去上海好好读，不给家里丢脸。</w:t>
      </w:r>
    </w:p>
    <w:p>
      <w:pPr>
        <w:spacing w:line="360" w:lineRule="auto" w:after="240"/>
        <w:jc w:val="left"/>
      </w:pPr>
      <w:r>
        <w:rPr>
          <w:rFonts w:ascii="楷体" w:hAnsi="楷体" w:eastAsia="楷体"/>
          <w:b/>
          <w:sz w:val="36"/>
        </w:rPr>
        <w:t>谢谢大家！</w:t>
      </w:r>
    </w:p>
    <w:p>
      <w:pPr>
        <w:spacing w:line="360" w:lineRule="auto" w:after="240"/>
        <w:jc w:val="center"/>
      </w:pPr>
      <w:r>
        <w:rPr>
          <w:rFonts w:ascii="楷体" w:hAnsi="楷体" w:eastAsia="楷体"/>
          <w:b/>
          <w:color w:val="C00000"/>
          <w:sz w:val="26"/>
        </w:rPr>
        <w:t>〔鞠躬〕</w:t>
      </w:r>
    </w:p>
    <w:p>
      <w:r>
        <w:br w:type="page"/>
      </w:r>
    </w:p>
    <w:p>
      <w:pPr>
        <w:spacing w:line="360" w:lineRule="auto" w:after="280"/>
        <w:jc w:val="center"/>
      </w:pPr>
      <w:r>
        <w:rPr>
          <w:rFonts w:ascii="楷体" w:hAnsi="楷体" w:eastAsia="楷体"/>
          <w:b/>
          <w:sz w:val="40"/>
        </w:rPr>
        <w:t>上台提示卡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1. 全篇约 700 字，正常语速 2分50秒 – 3分钟。八个〔停一下〕认真停，时间刚好卡满。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2. 红字的〔停一下〕不要念出来，那是给掌声和情绪留的口子。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3. 「我考砸了」「只超特控线20分」—— 这两句要慢，说完停住。台下会静下来，这个静就是效果。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4. 「70多分」说完再停一下，等掌声（一定会有）。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5. 「别在最后十几天里，先把自己判了死刑」—— 全篇最重的一句。眼睛离开稿子，看着台下的弟弟妹妹说。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6. 「信心考…顾名思义就是让你有信心的那一场…结果我考砸了」—— 这里是自嘲的笑点，说轻松点，可以笑。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7. 全程不提奖学金金额（全场统一口径）。</w:t>
      </w:r>
    </w:p>
    <w:p>
      <w:pPr>
        <w:spacing w:line="336" w:lineRule="auto" w:after="200"/>
        <w:jc w:val="left"/>
      </w:pPr>
      <w:r>
        <w:rPr>
          <w:rFonts w:ascii="楷体" w:hAnsi="楷体" w:eastAsia="楷体"/>
          <w:b w:val="0"/>
          <w:sz w:val="28"/>
        </w:rPr>
        <w:t>8. 念完鞠躬，别忘。</w:t>
      </w:r>
    </w:p>
    <w:p>
      <w:pPr>
        <w:spacing w:line="360" w:lineRule="auto" w:after="200"/>
        <w:jc w:val="left"/>
      </w:pPr>
    </w:p>
    <w:p>
      <w:pPr>
        <w:spacing w:line="360" w:lineRule="auto" w:after="200"/>
        <w:jc w:val="center"/>
      </w:pPr>
      <w:r>
        <w:rPr>
          <w:rFonts w:ascii="楷体" w:hAnsi="楷体" w:eastAsia="楷体"/>
          <w:b/>
          <w:color w:val="C00000"/>
          <w:sz w:val="28"/>
        </w:rPr>
        <w:t>紧张的时候记住：台下坐的都是自家人，他们只是想看看你长这么大了。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楷体" w:hAnsi="楷体" w:eastAsia="楷体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