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2026年鹅塘田心东由叶公祠</w:t>
      </w:r>
    </w:p>
    <w:p>
      <w:pPr>
        <w:spacing w:after="200"/>
        <w:jc w:val="center"/>
      </w:pPr>
      <w:r>
        <w:rPr>
          <w:rFonts w:ascii="黑体" w:hAnsi="黑体" w:eastAsia="黑体"/>
          <w:b/>
          <w:color w:val="1F4E79"/>
          <w:sz w:val="38"/>
        </w:rPr>
        <w:t>助学基金会奖学仪式 · 主持稿</w:t>
      </w:r>
    </w:p>
    <w:p>
      <w:pPr>
        <w:jc w:val="center"/>
      </w:pPr>
      <w:r>
        <w:rPr>
          <w:color w:val="C00000"/>
          <w:sz w:val="22"/>
        </w:rPr>
        <w:t>（骨架版 v1 — 红色标记处需向负责人核实后填入）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  <w:sz w:val="22"/>
              </w:rPr>
              <w:t>时间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2026年8月21日  ______（上午/下午/晚上，待确认）</w:t>
            </w:r>
          </w:p>
        </w:tc>
      </w:tr>
      <w:tr>
        <w:tc>
          <w:tcPr>
            <w:tcW w:type="dxa" w:w="4872"/>
          </w:tcPr>
          <w:p>
            <w:r>
              <w:rPr>
                <w:b/>
                <w:sz w:val="22"/>
              </w:rPr>
              <w:t>地点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祠堂门口（待确认）</w:t>
            </w:r>
          </w:p>
        </w:tc>
      </w:tr>
      <w:tr>
        <w:tc>
          <w:tcPr>
            <w:tcW w:type="dxa" w:w="4872"/>
          </w:tcPr>
          <w:p>
            <w:r>
              <w:rPr>
                <w:b/>
                <w:sz w:val="22"/>
              </w:rPr>
              <w:t>主持人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叶西佳</w:t>
            </w:r>
          </w:p>
        </w:tc>
      </w:tr>
      <w:tr>
        <w:tc>
          <w:tcPr>
            <w:tcW w:type="dxa" w:w="4872"/>
          </w:tcPr>
          <w:p>
            <w:r>
              <w:rPr>
                <w:b/>
                <w:sz w:val="22"/>
              </w:rPr>
              <w:t>主办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鹅塘田心东由叶公祠助学基金会</w:t>
            </w:r>
          </w:p>
        </w:tc>
      </w:tr>
      <w:tr>
        <w:tc>
          <w:tcPr>
            <w:tcW w:type="dxa" w:w="4872"/>
          </w:tcPr>
          <w:p>
            <w:r>
              <w:rPr>
                <w:b/>
                <w:sz w:val="22"/>
              </w:rPr>
              <w:t>规模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约47户宗亲</w:t>
            </w:r>
          </w:p>
        </w:tc>
      </w:tr>
      <w:tr>
        <w:tc>
          <w:tcPr>
            <w:tcW w:type="dxa" w:w="4872"/>
          </w:tcPr>
          <w:p>
            <w:r>
              <w:rPr>
                <w:b/>
                <w:sz w:val="22"/>
              </w:rPr>
              <w:t>总时长</w:t>
            </w:r>
          </w:p>
        </w:tc>
        <w:tc>
          <w:tcPr>
            <w:tcW w:type="dxa" w:w="4872"/>
          </w:tcPr>
          <w:p>
            <w:r>
              <w:rPr>
                <w:sz w:val="22"/>
              </w:rPr>
              <w:t>约1小时30分钟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一、流程与控时表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</w:tcPr>
          <w:p>
            <w:r>
              <w:rPr>
                <w:b/>
                <w:sz w:val="21"/>
              </w:rPr>
              <w:t>时间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环节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时长</w:t>
            </w:r>
          </w:p>
        </w:tc>
        <w:tc>
          <w:tcPr>
            <w:tcW w:type="dxa" w:w="2436"/>
          </w:tcPr>
          <w:p>
            <w:r>
              <w:rPr>
                <w:b/>
                <w:sz w:val="21"/>
              </w:rPr>
              <w:t>负责人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00:00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开场词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00:04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第一项：基金会代表发言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（可选）念捐款名单致谢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00:17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第二项：表彰奖学学者（6人）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55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主持人串场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1. 叶　昀 → 深圳职业技术大学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2. 叶西洹 → 上海大学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3. 叶西安 → 沈阳师范大学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4. 叶可欣 → 湖北师范大学文理学院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5. 叶西金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 xml:space="preserve">  6. 叶佳怡 → 贺州市第二高级中学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9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01:12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第三项：宣读2027届应届生名单+勉励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6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01:18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第四项：长辈总结讲话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8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____</w:t>
            </w:r>
          </w:p>
        </w:tc>
      </w:tr>
      <w:tr>
        <w:tc>
          <w:tcPr>
            <w:tcW w:type="dxa" w:w="2436"/>
          </w:tcPr>
          <w:p>
            <w:r>
              <w:rPr>
                <w:sz w:val="21"/>
              </w:rPr>
              <w:t>01:26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全体合影 + 结束词 + 宣布开席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4 min</w:t>
            </w:r>
          </w:p>
        </w:tc>
        <w:tc>
          <w:tcPr>
            <w:tcW w:type="dxa" w:w="2436"/>
          </w:tcPr>
          <w:p>
            <w:r>
              <w:rPr>
                <w:sz w:val="21"/>
              </w:rPr>
              <w:t>主持人</w:t>
            </w:r>
          </w:p>
        </w:tc>
      </w:tr>
    </w:tbl>
    <w:p>
      <w:pPr>
        <w:ind w:left="400"/>
      </w:pPr>
      <w:r>
        <w:rPr>
          <w:i/>
          <w:color w:val="606060"/>
          <w:sz w:val="22"/>
        </w:rPr>
        <w:t>【提示】每位学子 9 分钟 = 报幕 30s + 上台 30s + 颁奖 1min + 合影 2min + 感言 4min + 过渡 1min。合影和感言是最容易超时的两处。</w:t>
      </w:r>
    </w:p>
    <w:p>
      <w:pPr>
        <w:ind w:left="400"/>
      </w:pPr>
      <w:r>
        <w:rPr>
          <w:b/>
          <w:color w:val="C00000"/>
          <w:sz w:val="22"/>
        </w:rPr>
        <w:t>⚠ 待确认：第一项发言人是谁？第四项总结讲话是谁？要不要念捐款名单？要不要宣读2027届名单？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二、上台前必须核对的信息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① 学子与颁奖人对照表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</w:tcPr>
          <w:p>
            <w:r>
              <w:rPr>
                <w:b/>
                <w:sz w:val="21"/>
              </w:rPr>
              <w:t>序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学子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录取院校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父亲</w:t>
            </w:r>
          </w:p>
        </w:tc>
        <w:tc>
          <w:tcPr>
            <w:tcW w:type="dxa" w:w="1949"/>
          </w:tcPr>
          <w:p>
            <w:r>
              <w:rPr>
                <w:b/>
                <w:sz w:val="21"/>
              </w:rPr>
              <w:t>颁奖人（两位）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1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　昀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深圳职业技术大学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叶庆文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2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叶西洹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上海大学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叶庆通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3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叶西安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沈阳师范大学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叶庆灵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4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叶可欣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湖北师范大学文理学院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叶庆书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5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叶西金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  <w:tr>
        <w:tc>
          <w:tcPr>
            <w:tcW w:type="dxa" w:w="1949"/>
          </w:tcPr>
          <w:p>
            <w:r>
              <w:rPr>
                <w:sz w:val="21"/>
              </w:rPr>
              <w:t>6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叶佳怡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贺州市第二高级中学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</w:t>
            </w:r>
          </w:p>
        </w:tc>
        <w:tc>
          <w:tcPr>
            <w:tcW w:type="dxa" w:w="1949"/>
          </w:tcPr>
          <w:p>
            <w:r>
              <w:rPr>
                <w:sz w:val="21"/>
              </w:rPr>
              <w:t>____ 、____</w:t>
            </w:r>
          </w:p>
        </w:tc>
      </w:tr>
    </w:tbl>
    <w:p>
      <w:pPr>
        <w:ind w:left="400"/>
      </w:pPr>
      <w:r>
        <w:rPr>
          <w:b/>
          <w:color w:val="C00000"/>
          <w:sz w:val="22"/>
        </w:rPr>
        <w:t>⚠ 待确认：6 位学子的颁奖人（每人两位长辈）；叶西金、叶佳怡的父亲姓名。2021年的颁奖人不是学子本人的父亲，是基金会另行安排的，必须问清楚。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② 姓名读音核对（务必逐个确认）</w:t>
      </w:r>
    </w:p>
    <w:p>
      <w:r>
        <w:rPr>
          <w:sz w:val="26"/>
        </w:rPr>
        <w:t>叶　昀（yún）　叶西洹（huán）　叶西安　叶可欣　叶西金　叶佳怡</w:t>
      </w:r>
    </w:p>
    <w:p>
      <w:pPr>
        <w:ind w:left="400"/>
      </w:pPr>
      <w:r>
        <w:rPr>
          <w:i/>
          <w:color w:val="606060"/>
          <w:sz w:val="22"/>
        </w:rPr>
        <w:t>【提示】「洹」字容易读错（huán，不是 héng）。「昀」读 yún。上台前找负责人把六个名字读一遍确认。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③ 本次约定的口径</w:t>
      </w:r>
    </w:p>
    <w:p>
      <w:r>
        <w:rPr>
          <w:sz w:val="26"/>
        </w:rPr>
        <w:t>· 全程不念分数、不念等级（78级/81级），只念录取学校。</w:t>
      </w:r>
    </w:p>
    <w:p>
      <w:r>
        <w:rPr>
          <w:sz w:val="26"/>
        </w:rPr>
        <w:t>· 六位学子一视同仁，不作横向比较，不提「重点」「名校」等字样。</w:t>
      </w:r>
    </w:p>
    <w:p>
      <w:r>
        <w:rPr>
          <w:sz w:val="26"/>
        </w:rPr>
        <w:t>· 只夸努力与坚持，不夸排名与名次。</w:t>
      </w:r>
    </w:p>
    <w:p>
      <w:pPr>
        <w:ind w:left="400"/>
      </w:pPr>
      <w:r>
        <w:rPr>
          <w:i/>
          <w:color w:val="606060"/>
          <w:sz w:val="22"/>
        </w:rPr>
        <w:t>【提示】本次四位本科生最高597、最低421，相差176分；两位中考生等级为78级与81级。当众念出会形成比较，家长就在旁边合影，务必避免。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三、主持台词（正文）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【开场】</w:t>
      </w:r>
    </w:p>
    <w:p>
      <w:pPr>
        <w:ind w:left="400"/>
      </w:pPr>
      <w:r>
        <w:rPr>
          <w:i/>
          <w:color w:val="606060"/>
          <w:sz w:val="22"/>
        </w:rPr>
        <w:t>【提示】开口前先站定，环视全场一遍，等大家安静下来再说第一句。语速放慢。</w:t>
      </w:r>
    </w:p>
    <w:p>
      <w:pPr>
        <w:spacing w:line="420" w:lineRule="auto"/>
        <w:ind w:firstLine="520"/>
      </w:pPr>
      <w:r>
        <w:rPr>
          <w:sz w:val="27"/>
        </w:rPr>
        <w:t>尊敬的各位宗亲，各位长辈，各位家长，还有我们今天的主角——各位学子：</w:t>
      </w:r>
    </w:p>
    <w:p>
      <w:pPr>
        <w:spacing w:line="420" w:lineRule="auto"/>
        <w:ind w:firstLine="520"/>
      </w:pPr>
      <w:r>
        <w:rPr>
          <w:sz w:val="27"/>
        </w:rPr>
        <w:t>大家好！</w:t>
      </w:r>
    </w:p>
    <w:p>
      <w:pPr>
        <w:spacing w:line="420" w:lineRule="auto"/>
        <w:ind w:firstLine="520"/>
      </w:pPr>
      <w:r>
        <w:rPr>
          <w:sz w:val="27"/>
        </w:rPr>
        <w:t>八月一到，2026年就已经过去了一大半。在这个夏天，我们东由叶公祠的子孙又一次齐聚在这里，共同见证一件让全村人都高兴的事——我们又有六位学子，凭着自己的努力，走到了人生新的起点上。</w:t>
      </w:r>
    </w:p>
    <w:p>
      <w:pPr>
        <w:spacing w:line="420" w:lineRule="auto"/>
        <w:ind w:firstLine="520"/>
      </w:pPr>
      <w:r>
        <w:rPr>
          <w:sz w:val="27"/>
        </w:rPr>
        <w:t>今天我们相聚在这里，举行「鹅塘田心东由叶公祠助学基金会2026年奖学仪式」，隆重表彰2025至2026学年顺利完成初升高、高升本的六位优秀学子。</w:t>
      </w:r>
    </w:p>
    <w:p>
      <w:pPr>
        <w:spacing w:line="420" w:lineRule="auto"/>
        <w:ind w:firstLine="520"/>
      </w:pPr>
      <w:r>
        <w:rPr>
          <w:sz w:val="27"/>
        </w:rPr>
        <w:t>我是本次活动的主持人，叶西佳。非常荣幸能在这里，把这份属于他们、也属于我们整个家族的喜悦，交到大家手上。</w:t>
      </w:r>
    </w:p>
    <w:p>
      <w:pPr>
        <w:spacing w:line="420" w:lineRule="auto"/>
        <w:ind w:firstLine="520"/>
      </w:pPr>
      <w:r>
        <w:rPr>
          <w:sz w:val="27"/>
        </w:rPr>
        <w:t>下面我宣布：2026年奖学仪式，现在开始。</w:t>
      </w:r>
    </w:p>
    <w:p>
      <w:pPr>
        <w:ind w:left="400"/>
      </w:pPr>
      <w:r>
        <w:rPr>
          <w:i/>
          <w:color w:val="606060"/>
          <w:sz w:val="22"/>
        </w:rPr>
        <w:t>【提示】如果现场有需要介绍的来宾（村干部、宗族长辈、捐资代表），在这里加一句「出席今天大会的有……」逐一点名。名单向负责人索取。</w:t>
      </w:r>
    </w:p>
    <w:p>
      <w:pPr>
        <w:ind w:left="400"/>
      </w:pPr>
      <w:r>
        <w:rPr>
          <w:b/>
          <w:color w:val="C00000"/>
          <w:sz w:val="22"/>
        </w:rPr>
        <w:t>⚠ 待确认：是否需要介绍出席来宾？名单是什么？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【第一项：基金会代表发言】</w:t>
      </w:r>
    </w:p>
    <w:p>
      <w:pPr>
        <w:spacing w:line="420" w:lineRule="auto"/>
        <w:ind w:firstLine="520"/>
      </w:pPr>
      <w:r>
        <w:rPr>
          <w:sz w:val="27"/>
        </w:rPr>
        <w:t>大会第一项，请 ______ 代表本祠助学基金会发言。让我们用热烈的掌声欢迎。</w:t>
      </w:r>
    </w:p>
    <w:p>
      <w:pPr>
        <w:ind w:left="400"/>
      </w:pPr>
      <w:r>
        <w:rPr>
          <w:i/>
          <w:color w:val="606060"/>
          <w:sz w:val="22"/>
        </w:rPr>
        <w:t>【提示】发言结束后，接下面这段。如果发言超时，等他讲完自然的一个停顿处，起身鼓掌接场即可，不要打断。</w:t>
      </w:r>
    </w:p>
    <w:p>
      <w:pPr>
        <w:spacing w:line="420" w:lineRule="auto"/>
        <w:ind w:firstLine="520"/>
      </w:pPr>
      <w:r>
        <w:rPr>
          <w:sz w:val="27"/>
        </w:rPr>
        <w:t>感谢 ______ 的发言。</w:t>
      </w:r>
    </w:p>
    <w:p>
      <w:pPr>
        <w:spacing w:line="420" w:lineRule="auto"/>
        <w:ind w:firstLine="520"/>
      </w:pPr>
      <w:r>
        <w:rPr>
          <w:sz w:val="27"/>
        </w:rPr>
        <w:t>我想在座的长辈们都清楚，助学基金能办到今天，靠的不是哪一个人，是这些年来每一位宗亲的慷慨解囊。这份钱不多，但它代表的是全村人对读书这件事的态度——只要你肯往上走，家里就一定托着你。</w:t>
      </w:r>
    </w:p>
    <w:p>
      <w:pPr>
        <w:ind w:left="400"/>
      </w:pPr>
      <w:r>
        <w:rPr>
          <w:i/>
          <w:color w:val="606060"/>
          <w:sz w:val="22"/>
        </w:rPr>
        <w:t>【提示】如果要念捐款名单，在此处念。念名单时语速要慢，每念完一批稍作停顿让大家鼓掌。</w:t>
      </w:r>
    </w:p>
    <w:p>
      <w:pPr>
        <w:ind w:left="400"/>
      </w:pPr>
      <w:r>
        <w:rPr>
          <w:b/>
          <w:color w:val="C00000"/>
          <w:sz w:val="22"/>
        </w:rPr>
        <w:t>⚠ 待确认：要不要念捐款名单？如果要，是念今年的还是历年累计？名单向负责人索取。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【第二项：表彰奖学学者】</w:t>
      </w:r>
    </w:p>
    <w:p>
      <w:pPr>
        <w:spacing w:line="420" w:lineRule="auto"/>
        <w:ind w:firstLine="520"/>
      </w:pPr>
      <w:r>
        <w:rPr>
          <w:sz w:val="27"/>
        </w:rPr>
        <w:t>下面进行大会第二项：表彰本年度奖学学者。</w:t>
      </w:r>
    </w:p>
    <w:p>
      <w:pPr>
        <w:spacing w:line="420" w:lineRule="auto"/>
        <w:ind w:firstLine="520"/>
      </w:pPr>
      <w:r>
        <w:rPr>
          <w:sz w:val="27"/>
        </w:rPr>
        <w:t>这六位学子，有的刚刚走出中考，有的刚刚走出高考。他们走的路不一样，去的地方也不一样，但有一点是相同的——这一年里，他们都没有偷懒。</w:t>
      </w:r>
    </w:p>
    <w:p>
      <w:pPr>
        <w:spacing w:line="420" w:lineRule="auto"/>
        <w:ind w:firstLine="520"/>
      </w:pPr>
      <w:r>
        <w:rPr>
          <w:sz w:val="27"/>
        </w:rPr>
        <w:t>他们是在场所有弟弟妹妹、侄子侄女们的榜样。下面，我们逐一为他们颁奖。</w:t>
      </w:r>
    </w:p>
    <w:p>
      <w:pPr>
        <w:ind w:left="400"/>
      </w:pPr>
      <w:r>
        <w:rPr>
          <w:i/>
          <w:color w:val="606060"/>
          <w:sz w:val="22"/>
        </w:rPr>
        <w:t>【提示】以下六段结构完全相同，只换姓名、学校和颁奖人。每段末尾都有「合影」和「感言」两个环节，注意控时。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1 位：叶昀 ——</w:t>
      </w:r>
    </w:p>
    <w:p>
      <w:pPr>
        <w:spacing w:line="420" w:lineRule="auto"/>
        <w:ind w:firstLine="520"/>
      </w:pPr>
      <w:r>
        <w:rPr>
          <w:sz w:val="27"/>
        </w:rPr>
        <w:t>第一位我们要表彰的是叶昀。昀在今年6月的高考中，顺利考取深圳职业技术大学。</w:t>
      </w:r>
    </w:p>
    <w:p>
      <w:pPr>
        <w:spacing w:line="420" w:lineRule="auto"/>
        <w:ind w:firstLine="520"/>
      </w:pPr>
      <w:r>
        <w:rPr>
          <w:sz w:val="27"/>
        </w:rPr>
        <w:t>深圳职业技术大学是国内职业教育办得最好的学校之一，在深圳那样的城市读书，机会和眼界都不会少。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，为昀颁发奖状和奖金。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好的，各位请留步，请昀的家长也上台来，我们一起在台上合影留念。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下面我们请昀发表获奖感言。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昀。」若感言过长，等其一个句号处接：「谢谢昀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感谢昀的精彩发言。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2 位：叶西洹 ——</w:t>
      </w:r>
    </w:p>
    <w:p>
      <w:pPr>
        <w:spacing w:line="420" w:lineRule="auto"/>
        <w:ind w:firstLine="520"/>
      </w:pPr>
      <w:r>
        <w:rPr>
          <w:sz w:val="27"/>
        </w:rPr>
        <w:t>下面我们要表彰的是叶西洹。西洹在今年6月的高考中，顺利考取上海大学。</w:t>
      </w:r>
    </w:p>
    <w:p>
      <w:pPr>
        <w:spacing w:line="420" w:lineRule="auto"/>
        <w:ind w:firstLine="520"/>
      </w:pPr>
      <w:r>
        <w:rPr>
          <w:sz w:val="27"/>
        </w:rPr>
        <w:t>上海大学在上海，是一所综合实力很强的学校。能到上海去读书，是一件很值得高兴的事。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，为西洹颁发奖状和奖金。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好的，各位请留步，请西洹的家长也上台来，我们一起在台上合影留念。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下面我们请西洹发表获奖感言。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西洹。」若感言过长，等其一个句号处接：「谢谢西洹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感谢西洹的精彩发言。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3 位：叶西安 ——</w:t>
      </w:r>
    </w:p>
    <w:p>
      <w:pPr>
        <w:spacing w:line="420" w:lineRule="auto"/>
        <w:ind w:firstLine="520"/>
      </w:pPr>
      <w:r>
        <w:rPr>
          <w:sz w:val="27"/>
        </w:rPr>
        <w:t>下面我们要表彰的是叶西安。西安在今年6月的高考中，顺利考取沈阳师范大学。</w:t>
      </w:r>
    </w:p>
    <w:p>
      <w:pPr>
        <w:spacing w:line="420" w:lineRule="auto"/>
        <w:ind w:firstLine="520"/>
      </w:pPr>
      <w:r>
        <w:rPr>
          <w:sz w:val="27"/>
        </w:rPr>
        <w:t>沈阳师范大学是一所有着深厚师范传统的学校。选择师范，就是选择了一条能影响很多人的路，这条路很有分量。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，为西安颁发奖状和奖金。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好的，各位请留步，请西安的家长也上台来，我们一起在台上合影留念。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下面我们请西安发表获奖感言。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西安。」若感言过长，等其一个句号处接：「谢谢西安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感谢西安的精彩发言。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4 位：叶可欣 ——</w:t>
      </w:r>
    </w:p>
    <w:p>
      <w:pPr>
        <w:spacing w:line="420" w:lineRule="auto"/>
        <w:ind w:firstLine="520"/>
      </w:pPr>
      <w:r>
        <w:rPr>
          <w:sz w:val="27"/>
        </w:rPr>
        <w:t>下面我们要表彰的是叶可欣。可欣在今年6月的高考中，顺利考取湖北师范大学文理学院。</w:t>
      </w:r>
    </w:p>
    <w:p>
      <w:pPr>
        <w:spacing w:line="420" w:lineRule="auto"/>
        <w:ind w:firstLine="520"/>
      </w:pPr>
      <w:r>
        <w:rPr>
          <w:sz w:val="27"/>
        </w:rPr>
        <w:t>湖北师范大学文理学院在湖北黄石，环境很好。踏踏实实读四年，能学到真东西。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，为可欣颁发奖状和奖金。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好的，各位请留步，请可欣的家长也上台来，我们一起在台上合影留念。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下面我们请可欣发表获奖感言。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可欣。」若感言过长，等其一个句号处接：「谢谢可欣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感谢可欣的精彩发言。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5 位：叶西金 ——</w:t>
      </w:r>
    </w:p>
    <w:p>
      <w:pPr>
        <w:spacing w:line="420" w:lineRule="auto"/>
        <w:ind w:firstLine="520"/>
      </w:pPr>
      <w:r>
        <w:rPr>
          <w:sz w:val="27"/>
        </w:rPr>
        <w:t>下面我们要表彰的是叶西金。西金在今年6月的中考中，顺利考取贺州市第二高级中学。</w:t>
      </w:r>
    </w:p>
    <w:p>
      <w:pPr>
        <w:spacing w:line="420" w:lineRule="auto"/>
        <w:ind w:firstLine="520"/>
      </w:pPr>
      <w:r>
        <w:rPr>
          <w:sz w:val="27"/>
        </w:rPr>
        <w:t>贺州二中是我们本地的好学校。高中三年是打底子的三年，把基础扎牢，后面的路会好走很多。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，为西金颁发奖状和奖金。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好的，各位请留步，请西金的家长也上台来，我们一起在台上合影留念。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下面我们请西金发表获奖感言。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西金。」若感言过长，等其一个句号处接：「谢谢西金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感谢西金的精彩发言。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—— 第 6 位：叶佳怡 ——</w:t>
      </w:r>
    </w:p>
    <w:p>
      <w:pPr>
        <w:spacing w:line="420" w:lineRule="auto"/>
        <w:ind w:firstLine="520"/>
      </w:pPr>
      <w:r>
        <w:rPr>
          <w:sz w:val="27"/>
        </w:rPr>
        <w:t>下面我们要表彰的是叶佳怡。佳怡在今年6月的中考中，顺利考取贺州市第二高级中学。</w:t>
      </w:r>
    </w:p>
    <w:p>
      <w:pPr>
        <w:spacing w:line="420" w:lineRule="auto"/>
        <w:ind w:firstLine="520"/>
      </w:pPr>
      <w:r>
        <w:rPr>
          <w:sz w:val="27"/>
        </w:rPr>
        <w:t>同样考上了贺州二中。两个孩子以后是校友了，在学校里可以互相照应、互相比一比。</w:t>
      </w:r>
    </w:p>
    <w:p>
      <w:pPr>
        <w:spacing w:line="420" w:lineRule="auto"/>
        <w:ind w:firstLine="520"/>
      </w:pPr>
      <w:r>
        <w:rPr>
          <w:sz w:val="27"/>
        </w:rPr>
        <w:t>让我们用热烈的掌声，欢迎 ______ 和 ______ ，为佳怡颁发奖状和奖金。</w:t>
      </w:r>
    </w:p>
    <w:p>
      <w:pPr>
        <w:ind w:left="400"/>
      </w:pPr>
      <w:r>
        <w:rPr>
          <w:i/>
          <w:color w:val="606060"/>
          <w:sz w:val="22"/>
        </w:rPr>
        <w:t>【提示】颁奖人上台就位后再念下一句。</w:t>
      </w:r>
    </w:p>
    <w:p>
      <w:pPr>
        <w:spacing w:line="420" w:lineRule="auto"/>
        <w:ind w:firstLine="520"/>
      </w:pPr>
      <w:r>
        <w:rPr>
          <w:sz w:val="27"/>
        </w:rPr>
        <w:t>好的，各位请留步，请佳怡的家长也上台来，我们一起在台上合影留念。</w:t>
      </w:r>
    </w:p>
    <w:p>
      <w:pPr>
        <w:ind w:left="400"/>
      </w:pPr>
      <w:r>
        <w:rPr>
          <w:i/>
          <w:color w:val="606060"/>
          <w:sz w:val="22"/>
        </w:rPr>
        <w:t>【提示】合影环节控时 2 分钟。如果超时，用这句自然催促：「好，我们再拍一张，这一张大家一起笑一下。」拍完立刻接下一句。</w:t>
      </w:r>
    </w:p>
    <w:p>
      <w:pPr>
        <w:spacing w:line="420" w:lineRule="auto"/>
        <w:ind w:firstLine="520"/>
      </w:pPr>
      <w:r>
        <w:rPr>
          <w:sz w:val="27"/>
        </w:rPr>
        <w:t>下面我们请佳怡发表获奖感言。</w:t>
      </w:r>
    </w:p>
    <w:p>
      <w:pPr>
        <w:ind w:left="400"/>
      </w:pPr>
      <w:r>
        <w:rPr>
          <w:i/>
          <w:color w:val="606060"/>
          <w:sz w:val="22"/>
        </w:rPr>
        <w:t>【提示】感言控时 4 分钟。若学子紧张说不出话，接这句救场：「没关系，紧张是正常的，我第一次上台也一样。那我们就用掌声代替他想说的话——谢谢佳怡。」若感言过长，等其一个句号处接：「谢谢佳怡，说得很好，我们把掌声留给他。」</w:t>
      </w:r>
    </w:p>
    <w:p>
      <w:pPr>
        <w:spacing w:line="420" w:lineRule="auto"/>
        <w:ind w:firstLine="520"/>
      </w:pPr>
      <w:r>
        <w:rPr>
          <w:sz w:val="27"/>
        </w:rPr>
        <w:t>感谢佳怡的精彩发言。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r>
        <w:rPr>
          <w:sz w:val="26"/>
        </w:rPr>
        <w:t>（六位学子表彰完毕后，接以下总括）</w:t>
      </w:r>
    </w:p>
    <w:p>
      <w:pPr>
        <w:spacing w:line="420" w:lineRule="auto"/>
        <w:ind w:firstLine="520"/>
      </w:pPr>
      <w:r>
        <w:rPr>
          <w:sz w:val="27"/>
        </w:rPr>
        <w:t>感谢以上六位优秀学子的发言。</w:t>
      </w:r>
    </w:p>
    <w:p>
      <w:pPr>
        <w:spacing w:line="420" w:lineRule="auto"/>
        <w:ind w:firstLine="520"/>
      </w:pPr>
      <w:r>
        <w:rPr>
          <w:sz w:val="27"/>
        </w:rPr>
        <w:t>天道酬勤。他们今天站在这里，靠的不是运气，是这一年、这三年里那些没有人看见的努力——那些早起的清晨，那些做不完的题，那些想放弃又坚持下来的晚上。</w:t>
      </w:r>
    </w:p>
    <w:p>
      <w:pPr>
        <w:spacing w:line="420" w:lineRule="auto"/>
        <w:ind w:firstLine="520"/>
      </w:pPr>
      <w:r>
        <w:rPr>
          <w:sz w:val="27"/>
        </w:rPr>
        <w:t>也请在场的家长们受一句感谢。孩子能走到今天，背后是你们在托着。这份不容易，我们都看在眼里。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【第三项：宣读2027届应届毕业生名单 · 勉励】</w:t>
      </w:r>
    </w:p>
    <w:p>
      <w:pPr>
        <w:ind w:left="400"/>
      </w:pPr>
      <w:r>
        <w:rPr>
          <w:b/>
          <w:color w:val="C00000"/>
          <w:sz w:val="22"/>
        </w:rPr>
        <w:t>⚠ 待确认：今年要不要宣读明年（2027届）即将中考、高考的学子名单？如果要，名单向负责人索取，格式：姓名 + 今年9月将进入哪个学校哪个年级。</w:t>
      </w:r>
    </w:p>
    <w:p>
      <w:pPr>
        <w:spacing w:line="420" w:lineRule="auto"/>
        <w:ind w:firstLine="520"/>
      </w:pPr>
      <w:r>
        <w:rPr>
          <w:sz w:val="27"/>
        </w:rPr>
        <w:t>下面进行大会第三项。</w:t>
      </w:r>
    </w:p>
    <w:p>
      <w:pPr>
        <w:spacing w:line="420" w:lineRule="auto"/>
        <w:ind w:firstLine="520"/>
      </w:pPr>
      <w:r>
        <w:rPr>
          <w:sz w:val="27"/>
        </w:rPr>
        <w:t>表彰完今年取得成绩的学子之后，我们也不能忘记明年就要走进考场的弟弟妹妹们。下面我宣读2026至2027学年即将参加中考、高考的学子名单，他们是：</w:t>
      </w:r>
    </w:p>
    <w:p>
      <w:r>
        <w:rPr>
          <w:sz w:val="26"/>
        </w:rPr>
        <w:t>______：今年9月将进入 ______ 初三年级；</w:t>
      </w:r>
    </w:p>
    <w:p>
      <w:r>
        <w:rPr>
          <w:sz w:val="26"/>
        </w:rPr>
        <w:t>______：今年9月将进入 ______ 高三年级；</w:t>
      </w:r>
    </w:p>
    <w:p>
      <w:r>
        <w:rPr>
          <w:sz w:val="26"/>
        </w:rPr>
        <w:t>（按实际名单填写）</w:t>
      </w:r>
    </w:p>
    <w:p>
      <w:pPr>
        <w:spacing w:line="420" w:lineRule="auto"/>
        <w:ind w:firstLine="520"/>
      </w:pPr>
      <w:r>
        <w:rPr>
          <w:sz w:val="27"/>
        </w:rPr>
        <w:t>明年这个时候，站在台上领奖的就是你们。</w:t>
      </w:r>
    </w:p>
    <w:p>
      <w:pPr>
        <w:spacing w:line="420" w:lineRule="auto"/>
        <w:ind w:firstLine="520"/>
      </w:pPr>
      <w:r>
        <w:rPr>
          <w:sz w:val="27"/>
        </w:rPr>
        <w:t>接下来这一年会很辛苦，但我想说一句实在话：读书这件事，是这个世界上少有的、只要你肯下功夫就一定有回报的事。它不看你家里有多少钱，不看你认识多少人，只看你自己愿不愿意。</w:t>
      </w:r>
    </w:p>
    <w:p>
      <w:pPr>
        <w:spacing w:line="420" w:lineRule="auto"/>
        <w:ind w:firstLine="520"/>
      </w:pPr>
      <w:r>
        <w:rPr>
          <w:sz w:val="27"/>
        </w:rPr>
        <w:t>祝你们自信入考场，凯旋归家门，金榜有题名，喜讯报双亲。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【第四项：长辈总结讲话】</w:t>
      </w:r>
    </w:p>
    <w:p>
      <w:pPr>
        <w:spacing w:line="420" w:lineRule="auto"/>
        <w:ind w:firstLine="520"/>
      </w:pPr>
      <w:r>
        <w:rPr>
          <w:sz w:val="27"/>
        </w:rPr>
        <w:t>下面进行大会第四项，请 ______ 为我们作总结讲话。大家欢迎。</w:t>
      </w:r>
    </w:p>
    <w:p>
      <w:pPr>
        <w:ind w:left="400"/>
      </w:pPr>
      <w:r>
        <w:rPr>
          <w:i/>
          <w:color w:val="606060"/>
          <w:sz w:val="22"/>
        </w:rPr>
        <w:t>【提示】讲话结束后接场。若超时较多，等其停顿处起身鼓掌：「______ 说得太好了，这番话我们都记在心里。」</w:t>
      </w:r>
    </w:p>
    <w:p>
      <w:pPr>
        <w:spacing w:line="420" w:lineRule="auto"/>
        <w:ind w:firstLine="520"/>
      </w:pPr>
      <w:r>
        <w:rPr>
          <w:sz w:val="27"/>
        </w:rPr>
        <w:t>感谢 ______ 的总结讲话。</w:t>
      </w:r>
    </w:p>
    <w:p>
      <w:pPr>
        <w:jc w:val="center"/>
      </w:pPr>
      <w:r>
        <w:rPr>
          <w:color w:val="606060"/>
          <w:sz w:val="20"/>
        </w:rPr>
        <w:t>——————————————————————————————————</w:t>
      </w:r>
    </w:p>
    <w:p>
      <w:pPr>
        <w:spacing w:before="200"/>
      </w:pPr>
      <w:r>
        <w:rPr>
          <w:rFonts w:ascii="黑体" w:hAnsi="黑体" w:eastAsia="黑体"/>
          <w:b/>
          <w:sz w:val="27"/>
        </w:rPr>
        <w:t>【全体合影 · 结束】</w:t>
      </w:r>
    </w:p>
    <w:p>
      <w:pPr>
        <w:spacing w:line="420" w:lineRule="auto"/>
        <w:ind w:firstLine="520"/>
      </w:pPr>
      <w:r>
        <w:rPr>
          <w:sz w:val="27"/>
        </w:rPr>
        <w:t>下面，请全体获奖的六位学子和你们的家长，再次上台，我们一起合影留念。</w:t>
      </w:r>
    </w:p>
    <w:p>
      <w:pPr>
        <w:ind w:left="400"/>
      </w:pPr>
      <w:r>
        <w:rPr>
          <w:i/>
          <w:color w:val="606060"/>
          <w:sz w:val="22"/>
        </w:rPr>
        <w:t>【提示】合影时可提示：「家长站后排，孩子站前排」「大家往中间靠一点」。</w:t>
      </w:r>
    </w:p>
    <w:p>
      <w:pPr>
        <w:spacing w:line="420" w:lineRule="auto"/>
        <w:ind w:firstLine="520"/>
      </w:pPr>
      <w:r>
        <w:rPr>
          <w:sz w:val="27"/>
        </w:rPr>
        <w:t>好，各位宗亲。</w:t>
      </w:r>
    </w:p>
    <w:p>
      <w:pPr>
        <w:spacing w:line="420" w:lineRule="auto"/>
        <w:ind w:firstLine="520"/>
      </w:pPr>
      <w:r>
        <w:rPr>
          <w:sz w:val="27"/>
        </w:rPr>
        <w:t>今天这场仪式，表彰的是六个孩子，但它真正说的是一件事——我们这个家族，认读书这件事。</w:t>
      </w:r>
    </w:p>
    <w:p>
      <w:pPr>
        <w:spacing w:line="420" w:lineRule="auto"/>
        <w:ind w:firstLine="520"/>
      </w:pPr>
      <w:r>
        <w:rPr>
          <w:sz w:val="27"/>
        </w:rPr>
        <w:t>中考、高考的结束，不是学习的结束。你们即将走进的高中和大学，是一个全新的起点。忘掉今天的掌声，记住最初那个想法，脚踏实地往前走。</w:t>
      </w:r>
    </w:p>
    <w:p>
      <w:pPr>
        <w:spacing w:line="420" w:lineRule="auto"/>
        <w:ind w:firstLine="520"/>
      </w:pPr>
      <w:r>
        <w:rPr>
          <w:sz w:val="27"/>
        </w:rPr>
        <w:t>不管以后你们走到哪里，走多远，这个祠堂、这个村子，永远是你们的后盾。</w:t>
      </w:r>
    </w:p>
    <w:p>
      <w:pPr>
        <w:spacing w:line="420" w:lineRule="auto"/>
        <w:ind w:firstLine="520"/>
      </w:pPr>
      <w:r>
        <w:rPr>
          <w:sz w:val="27"/>
        </w:rPr>
        <w:t>2026年东由叶公祠助学基金会奖学仪式到此结束。感谢各位宗亲，感谢各位长辈。祝大家身体健康，万事顺利；祝我们的学子学业有成，前程似锦。</w:t>
      </w:r>
    </w:p>
    <w:p>
      <w:pPr>
        <w:spacing w:line="420" w:lineRule="auto"/>
        <w:ind w:firstLine="520"/>
      </w:pPr>
      <w:r>
        <w:rPr>
          <w:sz w:val="27"/>
        </w:rPr>
        <w:t>谢谢大家！</w:t>
      </w:r>
    </w:p>
    <w:p>
      <w:pPr>
        <w:ind w:left="400"/>
      </w:pPr>
      <w:r>
        <w:rPr>
          <w:i/>
          <w:color w:val="606060"/>
          <w:sz w:val="22"/>
        </w:rPr>
        <w:t>【提示】念完最后一句，稍作停顿，等掌声起来。如需宣布开席，接：「请各位入席，我们一起吃个饭。」</w:t>
      </w:r>
    </w:p>
    <w:p>
      <w:r>
        <w:br w:type="page"/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四、应急话术备用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72"/>
        <w:gridCol w:w="4872"/>
      </w:tblGrid>
      <w:tr>
        <w:tc>
          <w:tcPr>
            <w:tcW w:type="dxa" w:w="4872"/>
          </w:tcPr>
          <w:p>
            <w:r>
              <w:rPr>
                <w:b/>
              </w:rPr>
              <w:t>情况</w:t>
            </w:r>
          </w:p>
        </w:tc>
        <w:tc>
          <w:tcPr>
            <w:tcW w:type="dxa" w:w="4872"/>
          </w:tcPr>
          <w:p>
            <w:r>
              <w:rPr>
                <w:b/>
              </w:rPr>
              <w:t>话术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学子紧张说不出话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「没关系，紧张是正常的，我第一次上台也一样。我们用掌声代替他想说的话——谢谢XX。」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学子感言过长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等一个句号处：「谢谢XX，说得很好，我们把掌声留给他。」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长辈讲话超时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等其自然停顿：「XX说得太好了，这番话我们都记在心里。接下来……」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合影磨蹭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「我们再拍一张，这一张大家一起笑一下。」拍完立刻接下一句。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颁奖人没到场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「XX因故没能到场，我们请 ______ 代为颁发。」（提前跟负责人约好备选人）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话筒出问题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「话筒好像有点小情况，我们稍等一下。」不要一直喊「听得到吗」。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念错名字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立刻自然更正：「不好意思，是XX，我念错了。」不要慌，不要反复道歉。</w:t>
            </w:r>
          </w:p>
        </w:tc>
      </w:tr>
      <w:tr>
        <w:tc>
          <w:tcPr>
            <w:tcW w:type="dxa" w:w="4872"/>
          </w:tcPr>
          <w:p>
            <w:r>
              <w:rPr>
                <w:sz w:val="21"/>
              </w:rPr>
              <w:t>现场吵闹听不清</w:t>
            </w:r>
          </w:p>
        </w:tc>
        <w:tc>
          <w:tcPr>
            <w:tcW w:type="dxa" w:w="4872"/>
          </w:tcPr>
          <w:p>
            <w:r>
              <w:rPr>
                <w:sz w:val="21"/>
              </w:rPr>
              <w:t>不要提高音量硬讲。停下，等两三秒，全场会自然安静。</w:t>
            </w:r>
          </w:p>
        </w:tc>
      </w:tr>
    </w:tbl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五、需向负责人确认的清单</w:t>
      </w:r>
    </w:p>
    <w:p>
      <w:pPr>
        <w:ind w:left="280"/>
      </w:pPr>
      <w:r>
        <w:rPr>
          <w:sz w:val="24"/>
        </w:rPr>
        <w:t>□ 1. 6 位学子的颁奖人分别是谁？（每人两位长辈，要具体名字）</w:t>
      </w:r>
    </w:p>
    <w:p>
      <w:pPr>
        <w:ind w:left="280"/>
      </w:pPr>
      <w:r>
        <w:rPr>
          <w:sz w:val="24"/>
        </w:rPr>
        <w:t>□ 2. 叶西金、叶佳怡的父亲/家长姓名</w:t>
      </w:r>
    </w:p>
    <w:p>
      <w:pPr>
        <w:ind w:left="280"/>
      </w:pPr>
      <w:r>
        <w:rPr>
          <w:sz w:val="24"/>
        </w:rPr>
        <w:t>□ 3. 第一项发言的基金会代表是谁？</w:t>
      </w:r>
    </w:p>
    <w:p>
      <w:pPr>
        <w:ind w:left="280"/>
      </w:pPr>
      <w:r>
        <w:rPr>
          <w:sz w:val="24"/>
        </w:rPr>
        <w:t>□ 4. 第四项总结讲话是谁？</w:t>
      </w:r>
    </w:p>
    <w:p>
      <w:pPr>
        <w:ind w:left="280"/>
      </w:pPr>
      <w:r>
        <w:rPr>
          <w:sz w:val="24"/>
        </w:rPr>
        <w:t>□ 5. 要不要念捐款名单？念哪一年的？</w:t>
      </w:r>
    </w:p>
    <w:p>
      <w:pPr>
        <w:ind w:left="280"/>
      </w:pPr>
      <w:r>
        <w:rPr>
          <w:sz w:val="24"/>
        </w:rPr>
        <w:t>□ 6. 要不要宣读2027届应届毕业生名单？名单是什么？</w:t>
      </w:r>
    </w:p>
    <w:p>
      <w:pPr>
        <w:ind w:left="280"/>
      </w:pPr>
      <w:r>
        <w:rPr>
          <w:sz w:val="24"/>
        </w:rPr>
        <w:t>□ 7. 要不要介绍出席来宾？名单是什么？</w:t>
      </w:r>
    </w:p>
    <w:p>
      <w:pPr>
        <w:ind w:left="280"/>
      </w:pPr>
      <w:r>
        <w:rPr>
          <w:sz w:val="24"/>
        </w:rPr>
        <w:t>□ 8. 活动具体时间（上午/下午/晚上几点）</w:t>
      </w:r>
    </w:p>
    <w:p>
      <w:pPr>
        <w:ind w:left="280"/>
      </w:pPr>
      <w:r>
        <w:rPr>
          <w:sz w:val="24"/>
        </w:rPr>
        <w:t>□ 9. 活动地点（还是祠堂门口？）</w:t>
      </w:r>
    </w:p>
    <w:p>
      <w:pPr>
        <w:ind w:left="280"/>
      </w:pPr>
      <w:r>
        <w:rPr>
          <w:sz w:val="24"/>
        </w:rPr>
        <w:t>□ 10. 主持人需不需要自己讲一段，还是纯串场</w:t>
      </w:r>
    </w:p>
    <w:p>
      <w:pPr>
        <w:ind w:left="280"/>
      </w:pPr>
      <w:r>
        <w:rPr>
          <w:sz w:val="24"/>
        </w:rPr>
        <w:t>□ 11. 六个名字的读音逐一确认（特别是「洹」huán、「昀」yún）</w:t>
      </w:r>
    </w:p>
    <w:p>
      <w:pPr>
        <w:ind w:left="280"/>
      </w:pPr>
      <w:r>
        <w:rPr>
          <w:sz w:val="24"/>
        </w:rPr>
        <w:t>□ 12. 有没有音响/话筒？需不需要提前试</w:t>
      </w:r>
    </w:p>
    <w:p>
      <w:pPr>
        <w:spacing w:before="280" w:after="120"/>
      </w:pPr>
      <w:r>
        <w:rPr>
          <w:rFonts w:ascii="黑体" w:hAnsi="黑体" w:eastAsia="黑体"/>
          <w:b/>
          <w:color w:val="1F4E79"/>
          <w:sz w:val="30"/>
        </w:rPr>
        <w:t>六、上台前提醒（给自己看）</w:t>
      </w:r>
    </w:p>
    <w:p>
      <w:pPr>
        <w:ind w:left="280"/>
      </w:pPr>
      <w:r>
        <w:rPr>
          <w:sz w:val="24"/>
        </w:rPr>
        <w:t>1. 术后第 19 天，全程 1.5 小时要站着。提前一天去医院处理完环，当天不要安排医疗事项。</w:t>
      </w:r>
    </w:p>
    <w:p>
      <w:pPr>
        <w:ind w:left="280"/>
      </w:pPr>
      <w:r>
        <w:rPr>
          <w:sz w:val="24"/>
        </w:rPr>
        <w:t>2. 开口前先站定、环视全场、等安静，再说第一句。不要急。</w:t>
      </w:r>
    </w:p>
    <w:p>
      <w:pPr>
        <w:ind w:left="280"/>
      </w:pPr>
      <w:r>
        <w:rPr>
          <w:sz w:val="24"/>
        </w:rPr>
        <w:t>3. 语速比平时慢 20%。念名字时更慢，一个字一个字念清楚。</w:t>
      </w:r>
    </w:p>
    <w:p>
      <w:pPr>
        <w:ind w:left="280"/>
      </w:pPr>
      <w:r>
        <w:rPr>
          <w:sz w:val="24"/>
        </w:rPr>
        <w:t>4. 手里拿纸质稿，不要看手机。稿子第一页折角标记，方便快速翻回。</w:t>
      </w:r>
    </w:p>
    <w:p>
      <w:pPr>
        <w:ind w:left="280"/>
      </w:pPr>
      <w:r>
        <w:rPr>
          <w:sz w:val="24"/>
        </w:rPr>
        <w:t>5. 不念分数、不念等级、不作比较——这是本次唯一的硬规矩。</w:t>
      </w:r>
    </w:p>
    <w:p>
      <w:pPr>
        <w:ind w:left="280"/>
      </w:pPr>
      <w:r>
        <w:rPr>
          <w:sz w:val="24"/>
        </w:rPr>
        <w:t>6. 主持人的位置是把光打在别人身上。少说自己的事。</w:t>
      </w:r>
    </w:p>
    <w:p>
      <w:pPr>
        <w:ind w:left="280"/>
      </w:pPr>
      <w:r>
        <w:rPr>
          <w:sz w:val="24"/>
        </w:rPr>
        <w:t>7. 叶西洹考上上海大学，你自己正在争取保研上海大学——不要在台上提这件事。他的场子归他。</w:t>
      </w:r>
    </w:p>
    <w:p>
      <w:pPr>
        <w:ind w:left="280"/>
      </w:pPr>
      <w:r>
        <w:rPr>
          <w:sz w:val="24"/>
        </w:rPr>
        <w:t>8. 每念完一位学子的名字，看向那个孩子，等他起身。这个眼神交流比稿子重要。</w:t>
      </w:r>
    </w:p>
    <w:sectPr w:rsidR="00FC693F" w:rsidRPr="0006063C" w:rsidSect="00034616">
      <w:pgSz w:w="12240" w:h="15840"/>
      <w:pgMar w:top="1134" w:right="1134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84" w:lineRule="auto" w:after="120"/>
    </w:pPr>
    <w:rPr>
      <w:rFonts w:ascii="宋体" w:hAnsi="宋体" w:eastAsia="宋体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