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（v2 主持人手持版 · 请打印）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2026年8月21日  晚间（具体时刻待定）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祠堂门口（露天）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受表彰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7 位学子（中考 2 位 ＋ 高考 5 位）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 1 小时 35 分钟（含三段穿插互动）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一、本版三处改动（v1 → v2）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改动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说明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① 新增第 7 位学子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叶紫好 → 百色职业学院，奖学金 1000 元，已排入大学组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② 颁奖顺序重排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先高中（中考组）→ 再大学（高考组）；同组内奖学金低→高，金额高的压后出场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③ 活动改为穿插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参照 2024 年助学金大会做法，不再全部堆在最后，分三段插入颁奖之间</w:t>
            </w:r>
          </w:p>
        </w:tc>
      </w:tr>
    </w:tbl>
    <w:p>
      <w:pPr>
        <w:ind w:firstLine="460"/>
      </w:pPr>
      <w:r>
        <w:rPr>
          <w:sz w:val="23"/>
        </w:rPr>
        <w:t>顺序说明：本次出场顺序 = 学段（高中→大学）＋ 奖学金（低→高）双重排序，压轴位留给奖学金最高的一位。全程不念金额、不念分数、不念中考等级。</w:t>
      </w:r>
    </w:p>
    <w:p>
      <w:pPr>
        <w:ind w:left="400"/>
      </w:pPr>
      <w:r>
        <w:rPr>
          <w:b/>
          <w:color w:val="C00000"/>
          <w:sz w:val="21"/>
        </w:rPr>
        <w:t>⚠ 待定：除叶紫好（1000元）外，其余 6 位的奖学金金额请补齐，我按金额低→高再核一次出场顺序。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二、流程与时间安排（含穿插）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时刻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主要人员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第一项：基金会代表发言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第二项·A：表彰高中组（2人）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1. 叶西金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2. 叶佳怡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00:24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穿插①：猜成语（3轮，弟弟妹妹为主）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00:29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第二项·B：表彰大学组 前半（3人）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21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3. 叶紫好 → 百色职业学院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4. 叶可欣 → 湖北师范大学文理学院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5. 叶西安 → 沈阳师范大学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穿插②：你演我猜（3轮，家长＋孩子组队）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第二项·C：表彰大学组 后半（2人，压轴）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6. 叶　昀 → 深圳职业技术大学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7. 叶西洹 → 上海大学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01:11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第三项：宣读2027届应届生名单 · 勉励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第四项：长辈总结讲话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01:25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穿插③：默契大考验（可删，看时间）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01:30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· 结束词 ·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</w:tbl>
    <w:p>
      <w:pPr>
        <w:ind w:firstLine="440"/>
      </w:pPr>
      <w:r>
        <w:rPr>
          <w:sz w:val="22"/>
        </w:rPr>
        <w:t>说明：中考组每人 6 分钟、高考组每人 7 分钟（报幕 30s ＋ 上台 30s ＋ 颁奖 1min ＋ 家长合影 1.5min ＋ 感言 2min ＋ 过渡 30s）。穿插①②是刚性节奏调节点，穿插③是弹性可删。</w:t>
      </w:r>
    </w:p>
    <w:p>
      <w:pPr>
        <w:ind w:left="400"/>
      </w:pPr>
      <w:r>
        <w:rPr>
          <w:i/>
          <w:color w:val="606060"/>
          <w:sz w:val="21"/>
        </w:rPr>
        <w:t>【提示】7 个人连着颁 50 分钟，台下小孩必然坐不住。穿插①②的作用不是玩，是把注意力重新拉回来——所以哪怕赶时间，也别把①②全砍，宁可各砍一轮。</w:t>
      </w:r>
    </w:p>
    <w:p>
      <w:pPr>
        <w:ind w:left="400"/>
      </w:pPr>
      <w:r>
        <w:rPr>
          <w:i/>
          <w:color w:val="606060"/>
          <w:sz w:val="21"/>
        </w:rPr>
        <w:t>【提示】若整场已比计划晚了 10 分钟以上：先砍穿插③，再把穿插②压到 2 轮，最后才动感言时长。</w:t>
      </w:r>
    </w:p>
    <w:p>
      <w:pPr>
        <w:ind w:left="400"/>
      </w:pPr>
      <w:r>
        <w:rPr>
          <w:b/>
          <w:color w:val="C00000"/>
          <w:sz w:val="21"/>
        </w:rPr>
        <w:t>⚠ 待定：第一项发言人、第四项总结讲话人；是否宣读2027届名单；是否念捐款名单；是否介绍出席来宾；具体开始时刻。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三、奖学学者名单与颁奖安排（按新顺序）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rPr>
                <w:b/>
                <w:sz w:val="20"/>
              </w:rPr>
              <w:t>序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学子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录取院校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学段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奖学金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父亲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颁奖人（两位）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叶佳怡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叶紫好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百色职业学院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叶可欣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湖北师范大学文理学院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沈阳师范大学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叶庆灵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叶昀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深圳职业技术大学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叶庆文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叶西洹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上海大学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叶庆通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待定：七位学子的颁奖人（每人两位长辈）；叶西金、叶佳怡、叶紫好的家长姓名；叶紫好是男生还是女生（关系到台上称呼）。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本次口径约定</w:t>
      </w:r>
    </w:p>
    <w:p>
      <w:r>
        <w:rPr>
          <w:sz w:val="26"/>
        </w:rPr>
        <w:t>· 全程不念高考分数、不念中考等级、不念奖学金金额，只念录取学校。</w:t>
      </w:r>
    </w:p>
    <w:p>
      <w:r>
        <w:rPr>
          <w:sz w:val="26"/>
        </w:rPr>
        <w:t>· 七位学子一视同仁，不作横向比较，不使用「重点」「名校」「专科」等字样。</w:t>
      </w:r>
    </w:p>
    <w:p>
      <w:r>
        <w:rPr>
          <w:sz w:val="26"/>
        </w:rPr>
        <w:t>· 点评只讲学校特色与努力过程，不讲名次高低。</w:t>
      </w:r>
    </w:p>
    <w:p>
      <w:r>
        <w:rPr>
          <w:sz w:val="26"/>
        </w:rPr>
        <w:t>· 互动环节以弟弟妹妹和家长为主角，七位学子不参与竞猜，避免二次比较。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姓名读音（上台前逐个确认）</w:t>
      </w:r>
    </w:p>
    <w:p>
      <w:r>
        <w:rPr>
          <w:sz w:val="26"/>
        </w:rPr>
        <w:t>叶西金　｜　叶佳怡　｜　叶紫好　｜　叶可欣　｜　叶西安　｜　叶　昀 yún　｜　叶西洹 huán（不是 héng）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四、主持台词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ind w:left="400"/>
      </w:pPr>
      <w:r>
        <w:rPr>
          <w:i/>
          <w:color w:val="606060"/>
          <w:sz w:val="21"/>
        </w:rPr>
        <w:t>【提示】开口前站定，环视全场一遍，等安静下来再说第一句。语速比平时慢两成。</w:t>
      </w:r>
    </w:p>
    <w:p>
      <w:pPr>
        <w:spacing w:line="420" w:lineRule="auto"/>
        <w:ind w:firstLine="54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40"/>
      </w:pPr>
      <w:r>
        <w:rPr>
          <w:sz w:val="27"/>
        </w:rPr>
        <w:t>大家好！</w:t>
      </w:r>
    </w:p>
    <w:p>
      <w:pPr>
        <w:spacing w:line="420" w:lineRule="auto"/>
        <w:ind w:firstLine="540"/>
      </w:pPr>
      <w:r>
        <w:rPr>
          <w:sz w:val="27"/>
        </w:rPr>
        <w:t>八月一到，2026年就已经过去了一大半。在这个夏天，我们东由叶公祠的子孙又一次聚在这里，共同见证一件让全村人都高兴的事——我们又有七位学子，凭着自己的努力，走到了人生新的起点上。</w:t>
      </w:r>
    </w:p>
    <w:p>
      <w:pPr>
        <w:spacing w:line="420" w:lineRule="auto"/>
        <w:ind w:firstLine="540"/>
      </w:pPr>
      <w:r>
        <w:rPr>
          <w:sz w:val="27"/>
        </w:rPr>
        <w:t>今天我们在此举行「鹅塘田心东由叶公祠助学基金会2026年奖学仪式」，隆重表彰2025至2026学年顺利完成初升高、高升本的七位优秀学子。</w:t>
      </w:r>
    </w:p>
    <w:p>
      <w:pPr>
        <w:spacing w:line="420" w:lineRule="auto"/>
        <w:ind w:firstLine="54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40"/>
      </w:pPr>
      <w:r>
        <w:rPr>
          <w:sz w:val="27"/>
        </w:rPr>
        <w:t>今天的安排我先说一句：颁奖我们从刚考完中考的弟弟妹妹开始，一位一位往上走。中间会插两个小游戏，主角是台下的弟弟妹妹和各位爸爸妈妈，请大家坐住了，别急着走。</w:t>
      </w:r>
    </w:p>
    <w:p>
      <w:pPr>
        <w:spacing w:line="420" w:lineRule="auto"/>
        <w:ind w:firstLine="540"/>
      </w:pPr>
      <w:r>
        <w:rPr>
          <w:sz w:val="27"/>
        </w:rPr>
        <w:t>下面我宣布：2026年奖学仪式，现在开始。</w:t>
      </w:r>
    </w:p>
    <w:p>
      <w:pPr>
        <w:ind w:left="400"/>
      </w:pPr>
      <w:r>
        <w:rPr>
          <w:b/>
          <w:color w:val="C00000"/>
          <w:sz w:val="21"/>
        </w:rPr>
        <w:t>⚠ 待定：是否需要介绍出席来宾？如需，在此处加「出席今天大会的有……」并逐一点名。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【第一项：基金会代表发言】</w:t>
      </w:r>
    </w:p>
    <w:p>
      <w:pPr>
        <w:spacing w:line="420" w:lineRule="auto"/>
        <w:ind w:firstLine="540"/>
      </w:pPr>
      <w:r>
        <w:rPr>
          <w:sz w:val="27"/>
        </w:rPr>
        <w:t>大会第一项，请 ______ 代表本祠助学基金会发言。让我们用热烈的掌声欢迎。</w:t>
      </w:r>
    </w:p>
    <w:p>
      <w:pPr>
        <w:ind w:left="400"/>
      </w:pPr>
      <w:r>
        <w:rPr>
          <w:i/>
          <w:color w:val="606060"/>
          <w:sz w:val="21"/>
        </w:rPr>
        <w:t>【提示】若发言超时，等其说完一段、喝水或看稿的自然停顿处，起身鼓掌接场，不要在话中间插入。</w:t>
      </w:r>
    </w:p>
    <w:p>
      <w:pPr>
        <w:spacing w:line="420" w:lineRule="auto"/>
        <w:ind w:firstLine="540"/>
      </w:pPr>
      <w:r>
        <w:rPr>
          <w:sz w:val="27"/>
        </w:rPr>
        <w:t>感谢 ______ 的发言。</w:t>
      </w:r>
    </w:p>
    <w:p>
      <w:pPr>
        <w:spacing w:line="420" w:lineRule="auto"/>
        <w:ind w:firstLine="540"/>
      </w:pPr>
      <w:r>
        <w:rPr>
          <w:sz w:val="27"/>
        </w:rPr>
        <w:t>我想在座的长辈们都清楚，助学基金能办到今天，靠的不是哪一个人，是这些年来每一位宗亲的慷慨解囊。这份钱不算多，但它代表的是全村人对读书这件事的态度——只要你肯往上走，家里就一定托着你。</w:t>
      </w:r>
    </w:p>
    <w:p>
      <w:pPr>
        <w:ind w:left="400"/>
      </w:pPr>
      <w:r>
        <w:rPr>
          <w:b/>
          <w:color w:val="C00000"/>
          <w:sz w:val="21"/>
        </w:rPr>
        <w:t>⚠ 待定：是否念捐款名单？如念，念哪一年的？名单请一并提供。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A：表彰高中组】</w:t>
      </w:r>
    </w:p>
    <w:p>
      <w:pPr>
        <w:spacing w:line="420" w:lineRule="auto"/>
        <w:ind w:firstLine="54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40"/>
      </w:pPr>
      <w:r>
        <w:rPr>
          <w:sz w:val="27"/>
        </w:rPr>
        <w:t>今年我们一共表彰七位学子，有的刚刚走出中考，有的刚刚走出高考。他们走的路不一样，要去的地方也不一样，但有一点是相同的——这一年里，他们都没有偷懒。</w:t>
      </w:r>
    </w:p>
    <w:p>
      <w:pPr>
        <w:spacing w:line="420" w:lineRule="auto"/>
        <w:ind w:firstLine="540"/>
      </w:pPr>
      <w:r>
        <w:rPr>
          <w:sz w:val="27"/>
        </w:rPr>
        <w:t>我们从今年考上高中的两位开始。他们年纪最小，但站在这里的道理是一样的。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位：叶西金 ——</w:t>
      </w:r>
    </w:p>
    <w:p>
      <w:pPr>
        <w:spacing w:line="420" w:lineRule="auto"/>
        <w:ind w:firstLine="540"/>
      </w:pPr>
      <w:r>
        <w:rPr>
          <w:sz w:val="27"/>
        </w:rPr>
        <w:t>第一位我们要表彰的是叶西金。西金在今年6月的中考中，顺利考取贺州市第二高级中学。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，为西金颁发奖状和奖金。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【提示】等颁奖人上台就位后，再念下一句。奖金金额一律不念（金额只用于排序，念出来会让孩子互相比较）。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好的，各位请留步，也请西金的家长上台来，我们一起在台上合影留念。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下面我们请西金发表获奖感言。</w:t>
      </w:r>
    </w:p>
    <w:p>
      <w:pPr>
        <w:ind w:left="400"/>
      </w:pPr>
      <w:r>
        <w:rPr>
          <w:i/>
          <w:color w:val="606060"/>
          <w:sz w:val="21"/>
        </w:rPr>
        <w:t>【提示】中考组年纪小，可能只说一句「谢谢大家」。若说不出话，接：「没关系，紧张是正常的，我第一次上台也一样。我们用掌声代替他想说的话——谢谢西金。」</w:t>
      </w:r>
    </w:p>
    <w:p>
      <w:pPr>
        <w:spacing w:line="420" w:lineRule="auto"/>
        <w:ind w:firstLine="54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位：叶佳怡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同样考上了贺州二中。两个孩子以后就是校友了，在学校里可以互相照应、互相比着往前走。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，为佳怡颁发奖状和奖金。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【提示】等颁奖人上台就位后，再念下一句。奖金金额一律不念（金额只用于排序，念出来会让孩子互相比较）。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好的，各位请留步，也请佳怡的家长上台来，我们一起在台上合影留念。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下面我们请佳怡发表获奖感言。</w:t>
      </w:r>
    </w:p>
    <w:p>
      <w:pPr>
        <w:ind w:left="400"/>
      </w:pPr>
      <w:r>
        <w:rPr>
          <w:i/>
          <w:color w:val="606060"/>
          <w:sz w:val="21"/>
        </w:rPr>
        <w:t>【提示】中考组年纪小，可能只说一句「谢谢大家」。若说不出话，接：「没关系，紧张是正常的，我第一次上台也一样。我们用掌声代替他想说的话——谢谢佳怡。」</w:t>
      </w:r>
    </w:p>
    <w:p>
      <w:pPr>
        <w:spacing w:line="420" w:lineRule="auto"/>
        <w:ind w:firstLine="540"/>
      </w:pPr>
      <w:r>
        <w:rPr>
          <w:sz w:val="27"/>
        </w:rPr>
        <w:t>感谢佳怡的精彩发言。</w:t>
      </w:r>
    </w:p>
    <w:p>
      <w:pPr>
        <w:spacing w:line="420" w:lineRule="auto"/>
        <w:ind w:firstLine="540"/>
      </w:pPr>
      <w:r>
        <w:rPr>
          <w:sz w:val="27"/>
        </w:rPr>
        <w:t>这两位是今年最小的获奖者。高中三年才刚开始，我们把最长的一段路留给他们慢慢走。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★【穿插①：猜成语（约 5 分钟）】</w:t>
      </w:r>
    </w:p>
    <w:p>
      <w:r>
        <w:rPr>
          <w:sz w:val="23"/>
        </w:rPr>
        <w:t>位置：高中组颁完、大学组开始之前。目的：让坐了二十多分钟的小孩活动一下，把全场注意力拉回来。规则：主持人念一句描述，最先举手答对的得奖品一份。前两题小学生优先。</w:t>
      </w:r>
    </w:p>
    <w:p>
      <w:pPr>
        <w:spacing w:line="420" w:lineRule="auto"/>
        <w:ind w:firstLine="540"/>
      </w:pPr>
      <w:r>
        <w:rPr>
          <w:sz w:val="27"/>
        </w:rPr>
        <w:t>好，先别急着往下走，我们中间插一个小活动，休息一下。</w:t>
      </w:r>
    </w:p>
    <w:p>
      <w:pPr>
        <w:spacing w:line="420" w:lineRule="auto"/>
        <w:ind w:firstLine="540"/>
      </w:pPr>
      <w:r>
        <w:rPr>
          <w:sz w:val="27"/>
        </w:rPr>
        <w:t>这个游戏很简单，叫「猜成语」。我念一句话，你们猜是哪个成语，谁先举手谁先答。</w:t>
      </w:r>
    </w:p>
    <w:p>
      <w:pPr>
        <w:spacing w:line="420" w:lineRule="auto"/>
        <w:ind w:firstLine="540"/>
      </w:pPr>
      <w:r>
        <w:rPr>
          <w:sz w:val="27"/>
        </w:rPr>
        <w:t>小学的弟弟妹妹们，前面两道优先给你们，大人先让一让。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轮次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题目（主持人念）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画一条龙，最后给它点上眼睛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画龙点睛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拔起禾苗帮它长高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拔苗助长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水一直滴，石头都被滴穿了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水滴石穿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备用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刻个记号在船上，想着回来还能找到掉水里的剑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刻舟求剑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【提示】只玩 3 轮就收，这里不是主场。答不出来别僵持：给一个字提示，仍答不出就公布答案笑一下带过。</w:t>
      </w:r>
    </w:p>
    <w:p>
      <w:pPr>
        <w:spacing w:line="420" w:lineRule="auto"/>
        <w:ind w:firstLine="540"/>
      </w:pPr>
      <w:r>
        <w:rPr>
          <w:sz w:val="27"/>
        </w:rPr>
        <w:t>好，就到这里。看来我们村的成语底子还是很扎实的。</w:t>
      </w:r>
    </w:p>
    <w:p>
      <w:pPr>
        <w:spacing w:line="420" w:lineRule="auto"/>
        <w:ind w:firstLine="540"/>
      </w:pPr>
      <w:r>
        <w:rPr>
          <w:sz w:val="27"/>
        </w:rPr>
        <w:t>我们接着回到颁奖——下面出场的，是今年考上大学的几位。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B：表彰大学组 前半】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位：叶紫好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下面我们要表彰的是叶紫好。紫好在今年6月的高考中，顺利考取百色职业学院。</w:t>
      </w:r>
    </w:p>
    <w:p>
      <w:pPr>
        <w:spacing w:line="420" w:lineRule="auto"/>
        <w:ind w:firstLine="540"/>
      </w:pPr>
      <w:r>
        <w:rPr>
          <w:sz w:val="27"/>
        </w:rPr>
        <w:t>百色职业学院走的是技能这条路。现在社会最缺的就是手上有真本事的人，把一门技术学到精，走到哪里都吃得开。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，为紫好颁发奖状和奖金。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【提示】等颁奖人上台就位后，再念下一句。奖金金额一律不念（金额只用于排序，念出来会让孩子互相比较）。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好的，各位请留步，也请紫好的家长上台来，我们一起在台上合影留念。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下面我们请紫好发表获奖感言。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【提示】若感言过长，等一个句号处接：「谢谢紫好，说得很好，我们把掌声留给他。」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感谢紫好的精彩发言。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位：叶可欣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40"/>
      </w:pPr>
      <w:r>
        <w:rPr>
          <w:sz w:val="27"/>
        </w:rPr>
        <w:t>学校在湖北黄石，环境很好，师范类的底子扎实。踏踏实实读四年，能学到真东西。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，为可欣颁发奖状和奖金。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【提示】等颁奖人上台就位后，再念下一句。奖金金额一律不念（金额只用于排序，念出来会让孩子互相比较）。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好的，各位请留步，也请可欣的家长上台来，我们一起在台上合影留念。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下面我们请可欣发表获奖感言。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【提示】若感言过长，等一个句号处接：「谢谢可欣，说得很好，我们把掌声留给他。」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位：叶西安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40"/>
      </w:pPr>
      <w:r>
        <w:rPr>
          <w:sz w:val="27"/>
        </w:rPr>
        <w:t>沈阳师范大学有着深厚的师范传统。选择师范，就是选择了一条能影响很多人的路，这条路很有分量。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，为西安颁发奖状和奖金。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【提示】等颁奖人上台就位后，再念下一句。奖金金额一律不念（金额只用于排序，念出来会让孩子互相比较）。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好的，各位请留步，也请西安的家长上台来，我们一起在台上合影留念。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下面我们请西安发表获奖感言。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【提示】若感言过长，等一个句号处接：「谢谢西安，说得很好，我们把掌声留给他。」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★【穿插②：你演我猜（约 7 分钟）】</w:t>
      </w:r>
    </w:p>
    <w:p>
      <w:r>
        <w:rPr>
          <w:sz w:val="23"/>
        </w:rPr>
        <w:t>位置：大学组前 3 位颁完之后。目的：全场情绪已到中段，用家长上台把气氛顶起来，也给压轴两位留出更好的场。规则：家长与自己的孩子组队，家长台上表演、孩子台下猜，全程不许说话。猜对得奖品。</w:t>
      </w:r>
    </w:p>
    <w:p>
      <w:pPr>
        <w:spacing w:line="420" w:lineRule="auto"/>
        <w:ind w:firstLine="540"/>
      </w:pPr>
      <w:r>
        <w:rPr>
          <w:sz w:val="27"/>
        </w:rPr>
        <w:t>还剩两位没颁，我们再插一个游戏，这个游戏的主角是各位爸爸妈妈。</w:t>
      </w:r>
    </w:p>
    <w:p>
      <w:pPr>
        <w:spacing w:line="420" w:lineRule="auto"/>
        <w:ind w:firstLine="540"/>
      </w:pPr>
      <w:r>
        <w:rPr>
          <w:sz w:val="27"/>
        </w:rPr>
        <w:t>游戏叫「你演我猜」：请一位家长上来表演，他的孩子在台下猜。说明一下——表演的人全程不能说话，一个字都不能说，只能靠动作。</w:t>
      </w:r>
    </w:p>
    <w:p>
      <w:pPr>
        <w:spacing w:line="420" w:lineRule="auto"/>
        <w:ind w:firstLine="540"/>
      </w:pPr>
      <w:r>
        <w:rPr>
          <w:sz w:val="27"/>
        </w:rPr>
        <w:t>我先说一句，今天演得最卖力的那位家长，明天大概会在全村的话题里出现一整天。有没有勇士愿意先上来的？</w:t>
      </w:r>
    </w:p>
    <w:p>
      <w:pPr>
        <w:ind w:left="400"/>
      </w:pPr>
      <w:r>
        <w:rPr>
          <w:i/>
          <w:color w:val="606060"/>
          <w:sz w:val="21"/>
        </w:rPr>
        <w:t>【提示】没人主动上，别干等。直接点一位平时爱说笑的叔叔或阿姨，全场会帮你起哄推他上台。这一步破冰最关键。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轮次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词条（每轮挑 1~2 个）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第1轮｜好演的（热身）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刷牙　钓鱼　打篮球　吹头发　被蚊子咬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第2轮｜有笑点的（主菜）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催孩子写作业　抢红包　广场舞　照镜子挤痘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第3轮｜本地味道（收尾）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割禾　挑水　赶集　打油茶　摘荔枝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【提示】「催孩子写作业」留在第 2 轮用——家长演出来全场必笑，因为每个人都见过。孩子猜不出，允许换一个词一次。</w:t>
      </w:r>
    </w:p>
    <w:p>
      <w:pPr>
        <w:spacing w:line="420" w:lineRule="auto"/>
        <w:ind w:firstLine="540"/>
      </w:pPr>
      <w:r>
        <w:rPr>
          <w:sz w:val="27"/>
        </w:rPr>
        <w:t>好，游戏就玩到这里。我发现我们村不缺人才，缺的是舞台。</w:t>
      </w:r>
    </w:p>
    <w:p>
      <w:pPr>
        <w:spacing w:line="420" w:lineRule="auto"/>
        <w:ind w:firstLine="540"/>
      </w:pPr>
      <w:r>
        <w:rPr>
          <w:sz w:val="27"/>
        </w:rPr>
        <w:t>笑完我们收一收，下面还有两位学子要表彰。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C：表彰大学组 后半（压轴）】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位：叶昀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下面我们要表彰的是叶昀。昀在今年6月的高考中，顺利考取深圳职业技术大学。</w:t>
      </w:r>
    </w:p>
    <w:p>
      <w:pPr>
        <w:spacing w:line="420" w:lineRule="auto"/>
        <w:ind w:firstLine="540"/>
      </w:pPr>
      <w:r>
        <w:rPr>
          <w:sz w:val="27"/>
        </w:rPr>
        <w:t>深圳职业技术大学是国内职业教育办得最好的学校之一。在深圳那样的城市读书，机会和眼界都不会少。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，为昀颁发奖状和奖金。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【提示】等颁奖人上台就位后，再念下一句。奖金金额一律不念（金额只用于排序，念出来会让孩子互相比较）。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好的，各位请留步，也请昀的家长上台来，我们一起在台上合影留念。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下面我们请昀发表获奖感言。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【提示】若感言过长，等一个句号处接：「谢谢昀，说得很好，我们把掌声留给他。」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7 位：叶西洹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40"/>
      </w:pPr>
      <w:r>
        <w:rPr>
          <w:sz w:val="27"/>
        </w:rPr>
        <w:t>上海大学是一所综合实力很强的学校。能到上海去读书，眼界会打开很多。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，为西洹颁发奖状和奖金。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【提示】等颁奖人上台就位后，再念下一句。奖金金额一律不念（金额只用于排序，念出来会让孩子互相比较）。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好的，各位请留步，也请西洹的家长上台来，我们一起在台上合影留念。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下面我们请西洹发表获奖感言。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【提示】若感言过长，等一个句号处接：「谢谢西洹，说得很好，我们把掌声留给他。」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感谢西洹的精彩发言。</w:t>
      </w:r>
    </w:p>
    <w:p>
      <w:r>
        <w:rPr>
          <w:sz w:val="26"/>
        </w:rPr>
        <w:t>（七位表彰完毕后，接以下总括）</w:t>
      </w:r>
    </w:p>
    <w:p>
      <w:pPr>
        <w:spacing w:line="420" w:lineRule="auto"/>
        <w:ind w:firstLine="540"/>
      </w:pPr>
      <w:r>
        <w:rPr>
          <w:sz w:val="27"/>
        </w:rPr>
        <w:t>感谢以上七位优秀学子的发言。</w:t>
      </w:r>
    </w:p>
    <w:p>
      <w:pPr>
        <w:spacing w:line="420" w:lineRule="auto"/>
        <w:ind w:firstLine="540"/>
      </w:pPr>
      <w:r>
        <w:rPr>
          <w:sz w:val="27"/>
        </w:rPr>
        <w:t>天道酬勤。他们今天站在这里，靠的不是运气，是这一年、这三年里那些没有人看见的努力——那些早起的清晨，那些做不完的题，那些想放弃又坚持下来的晚上。</w:t>
      </w:r>
    </w:p>
    <w:p>
      <w:pPr>
        <w:spacing w:line="420" w:lineRule="auto"/>
        <w:ind w:firstLine="540"/>
      </w:pPr>
      <w:r>
        <w:rPr>
          <w:sz w:val="27"/>
        </w:rPr>
        <w:t>也请在场的家长们受一句感谢。孩子能走到今天，背后是你们在托着。这份不容易，我们都看在眼里。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【第三项：宣读2027届应届毕业生名单 · 勉励】</w:t>
      </w:r>
    </w:p>
    <w:p>
      <w:pPr>
        <w:ind w:left="400"/>
      </w:pPr>
      <w:r>
        <w:rPr>
          <w:b/>
          <w:color w:val="C00000"/>
          <w:sz w:val="21"/>
        </w:rPr>
        <w:t>⚠ 待定：是否宣读明年（2027届）即将中考、高考的学子名单？如需，请提供名单，格式：姓名 + 今年9月进入哪个学校哪个年级。</w:t>
      </w:r>
    </w:p>
    <w:p>
      <w:pPr>
        <w:spacing w:line="420" w:lineRule="auto"/>
        <w:ind w:firstLine="540"/>
      </w:pPr>
      <w:r>
        <w:rPr>
          <w:sz w:val="27"/>
        </w:rPr>
        <w:t>下面进行大会第三项。</w:t>
      </w:r>
    </w:p>
    <w:p>
      <w:pPr>
        <w:spacing w:line="420" w:lineRule="auto"/>
        <w:ind w:firstLine="540"/>
      </w:pPr>
      <w:r>
        <w:rPr>
          <w:sz w:val="27"/>
        </w:rPr>
        <w:t>表彰完今年取得成绩的学子之后，我们也不能忘记明年就要走进考场的弟弟妹妹们。下面我宣读2026至2027学年即将参加中考、高考的学子名单，他们是：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40"/>
      </w:pPr>
      <w:r>
        <w:rPr>
          <w:sz w:val="27"/>
        </w:rPr>
        <w:t>明年这个时候，站在台上领奖的就是你们。</w:t>
      </w:r>
    </w:p>
    <w:p>
      <w:pPr>
        <w:spacing w:line="420" w:lineRule="auto"/>
        <w:ind w:firstLine="540"/>
      </w:pPr>
      <w:r>
        <w:rPr>
          <w:sz w:val="27"/>
        </w:rPr>
        <w:t>接下来这一年会很辛苦，但我想说一句实在话：读书这件事，是这个世界上少有的、只要你肯下功夫就一定有回报的事。它不看你家里有多少钱，不看你认识多少人，只看你自己愿不愿意。</w:t>
      </w:r>
    </w:p>
    <w:p>
      <w:pPr>
        <w:spacing w:line="420" w:lineRule="auto"/>
        <w:ind w:firstLine="540"/>
      </w:pPr>
      <w:r>
        <w:rPr>
          <w:sz w:val="27"/>
        </w:rPr>
        <w:t>祝你们自信入考场，凯旋归家门，金榜有题名，喜讯报双亲。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【第四项：长辈总结讲话】</w:t>
      </w:r>
    </w:p>
    <w:p>
      <w:pPr>
        <w:spacing w:line="420" w:lineRule="auto"/>
        <w:ind w:firstLine="540"/>
      </w:pPr>
      <w:r>
        <w:rPr>
          <w:sz w:val="27"/>
        </w:rPr>
        <w:t>下面进行大会第四项，请 ______ 为我们作总结讲话。大家欢迎。</w:t>
      </w:r>
    </w:p>
    <w:p>
      <w:pPr>
        <w:ind w:left="400"/>
      </w:pPr>
      <w:r>
        <w:rPr>
          <w:i/>
          <w:color w:val="606060"/>
          <w:sz w:val="21"/>
        </w:rPr>
        <w:t>【提示】若超时，等其停顿处起身鼓掌：「______ 说得太好了，这番话我们都记在心里。」</w:t>
      </w:r>
    </w:p>
    <w:p>
      <w:pPr>
        <w:spacing w:line="420" w:lineRule="auto"/>
        <w:ind w:firstLine="540"/>
      </w:pPr>
      <w:r>
        <w:rPr>
          <w:sz w:val="27"/>
        </w:rPr>
        <w:t>感谢 ______ 的总结讲话。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★【穿插③：默契大考验（约 5 分钟，可删）】</w:t>
      </w:r>
    </w:p>
    <w:p>
      <w:r>
        <w:rPr>
          <w:sz w:val="23"/>
        </w:rPr>
        <w:t>位置：总结讲话之后、合影之前。规则：主持人问孩子，孩子先答，再问家长「他答对了吗」。答对得奖品。⚠ 如已超时，此环节直接跳过，不必解释。</w:t>
      </w:r>
    </w:p>
    <w:p>
      <w:pPr>
        <w:spacing w:line="420" w:lineRule="auto"/>
        <w:ind w:firstLine="540"/>
      </w:pPr>
      <w:r>
        <w:rPr>
          <w:sz w:val="27"/>
        </w:rPr>
        <w:t>正式的环节我们走完了。开席之前，还有一点时间，我们玩最后一个小游戏——「默契大考验」。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题目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你妈妈最爱吃的一道菜是什么？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你爸爸的鞋子是多大码？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你妈妈最常说的一句话是什么？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家里谁做饭最好吃？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你爸爸最喜欢看的电视节目是什么？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6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这个暑假你妈妈催过你多少次做家务？（大概数）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【提示】只问吃穿用度和日常习惯，不要问成绩、不要问收入、不要问家里的事。玩 3~4 轮就收。</w:t>
      </w:r>
    </w:p>
    <w:p>
      <w:r>
        <w:rPr>
          <w:sz w:val="22"/>
        </w:rPr>
        <w:t>备用成语题（任一环节需要救场时用）：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备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自己家的斧头找不到了，就怀疑是邻居偷的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疑邻盗斧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嘴上说的和心里想的不一样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口是心非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十年时间坐在冷板凳前读书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十年寒窗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三个人一起走路，其中一定有能当我老师的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三人行必有我师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待定：奖品有多少份？是什么？（文具／零食／小红包）建议参与就给，不要让上过台的孩子空手下台。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五、合影与结束</w:t>
      </w:r>
    </w:p>
    <w:p>
      <w:pPr>
        <w:spacing w:line="420" w:lineRule="auto"/>
        <w:ind w:firstLine="540"/>
      </w:pPr>
      <w:r>
        <w:rPr>
          <w:sz w:val="27"/>
        </w:rPr>
        <w:t>下面，请全体获奖的七位学子和你们的家长，再次上台，我们一起合影留念。</w:t>
      </w:r>
    </w:p>
    <w:p>
      <w:pPr>
        <w:ind w:left="400"/>
      </w:pPr>
      <w:r>
        <w:rPr>
          <w:i/>
          <w:color w:val="606060"/>
          <w:sz w:val="21"/>
        </w:rPr>
        <w:t>【提示】可提示「家长站后排，孩子站前排」「大家往中间靠一点」。七个人＋家长人多，提前想好两排怎么站。</w:t>
      </w:r>
    </w:p>
    <w:p>
      <w:pPr>
        <w:spacing w:line="420" w:lineRule="auto"/>
        <w:ind w:firstLine="540"/>
      </w:pPr>
      <w:r>
        <w:rPr>
          <w:sz w:val="27"/>
        </w:rPr>
        <w:t>好，各位宗亲。</w:t>
      </w:r>
    </w:p>
    <w:p>
      <w:pPr>
        <w:spacing w:line="420" w:lineRule="auto"/>
        <w:ind w:firstLine="540"/>
      </w:pPr>
      <w:r>
        <w:rPr>
          <w:sz w:val="27"/>
        </w:rPr>
        <w:t>今天这场仪式，表彰的是七个孩子，但它真正说的是一件事——我们这个家族，认读书这件事。</w:t>
      </w:r>
    </w:p>
    <w:p>
      <w:pPr>
        <w:spacing w:line="420" w:lineRule="auto"/>
        <w:ind w:firstLine="540"/>
      </w:pPr>
      <w:r>
        <w:rPr>
          <w:sz w:val="27"/>
        </w:rPr>
        <w:t>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40"/>
      </w:pPr>
      <w:r>
        <w:rPr>
          <w:sz w:val="27"/>
        </w:rPr>
        <w:t>也请明年要上考场的弟弟妹妹们记住今晚——明年站在这里的，就是你们。</w:t>
      </w:r>
    </w:p>
    <w:p>
      <w:pPr>
        <w:spacing w:line="420" w:lineRule="auto"/>
        <w:ind w:firstLine="54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40"/>
      </w:pPr>
      <w:r>
        <w:rPr>
          <w:sz w:val="27"/>
        </w:rPr>
        <w:t>2026年东由叶公祠助学基金会奖学仪式，到此结束。感谢各位宗亲，感谢各位长辈。祝大家身体健康、万事顺利；祝我们的学子学业有成、前程似锦。</w:t>
      </w:r>
    </w:p>
    <w:p>
      <w:pPr>
        <w:spacing w:line="420" w:lineRule="auto"/>
        <w:ind w:firstLine="540"/>
      </w:pPr>
      <w:r>
        <w:rPr>
          <w:sz w:val="27"/>
        </w:rPr>
        <w:t>谢谢大家！请各位入席，我们一起吃个饭。</w:t>
      </w:r>
    </w:p>
    <w:p>
      <w:pPr>
        <w:ind w:left="400"/>
      </w:pPr>
      <w:r>
        <w:rPr>
          <w:i/>
          <w:color w:val="606060"/>
          <w:sz w:val="21"/>
        </w:rPr>
        <w:t>【提示】念完最后一句，站住不动，等掌声起来再走下台。不要念完就走。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六、应急话术（手持版专用）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情况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话术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学子紧张说不出话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「没关系，紧张是正常的，我第一次上台也一样。我们用掌声代替他想说的话——谢谢XX。」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学子感言过长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等一个句号处：「谢谢XX，说得很好，我们把掌声留给他。」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长辈讲话超时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等其自然停顿：「XX说得太好了，这番话我们都记在心里。接下来……」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合影磨蹭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「我们再拍一张，这一张大家一起笑一下。」拍完立刻接下一句。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颁奖人没到场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「XX因故没能到场，我们请 ______ 代为颁发。」（提前约好备选人）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有人问「为什么他排后面」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「今天是按学段来的，先高中后大学，跟成绩没关系。」一句带过，不展开。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有人在台下喊金额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不接、不重复、不解释，直接进下一句台词。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话筒出问题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「话筒好像有点小情况，我们稍等一下。」不要反复喊「听得到吗」。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念错名字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立刻自然更正：「不好意思，是XX，我念错了。」不要慌，不要反复道歉。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现场吵闹听不清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不要提高音量硬讲。停下，等两三秒，全场会自然安静。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游戏没人愿上台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直接点一位爱说笑的长辈，全场会帮你起哄。不要干等。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整场超时 10 分钟以上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砍穿插③ → 穿插②压到 2 轮 → 最后才动感言时长。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七、上台前提醒（仅自用）</w:t>
      </w:r>
    </w:p>
    <w:p>
      <w:pPr>
        <w:ind w:left="280"/>
      </w:pPr>
      <w:r>
        <w:rPr>
          <w:sz w:val="24"/>
        </w:rPr>
        <w:t>1. 术后第 19 天，全程近 2 小时要站着。前一天先把医院的事处理完，当天不安排任何医疗事项。</w:t>
      </w:r>
    </w:p>
    <w:p>
      <w:pPr>
        <w:ind w:left="280"/>
      </w:pPr>
      <w:r>
        <w:rPr>
          <w:sz w:val="24"/>
        </w:rPr>
        <w:t>2. 开口前站定、环视全场、等安静，再说第一句。不要急。</w:t>
      </w:r>
    </w:p>
    <w:p>
      <w:pPr>
        <w:ind w:left="280"/>
      </w:pPr>
      <w:r>
        <w:rPr>
          <w:sz w:val="24"/>
        </w:rPr>
        <w:t>3. 语速比平时慢两成。念名字时更慢，一个字一个字念清楚。</w:t>
      </w:r>
    </w:p>
    <w:p>
      <w:pPr>
        <w:ind w:left="280"/>
      </w:pPr>
      <w:r>
        <w:rPr>
          <w:sz w:val="24"/>
        </w:rPr>
        <w:t>4. 拿纸质稿，不看手机。按「A组／穿插①／B组／穿插②／C组」五处折角，方便快速翻。</w:t>
      </w:r>
    </w:p>
    <w:p>
      <w:pPr>
        <w:ind w:left="280"/>
      </w:pPr>
      <w:r>
        <w:rPr>
          <w:sz w:val="24"/>
        </w:rPr>
        <w:t>5. 不念分数、不念等级、不念金额、不作比较——这是本次唯一的硬规矩。</w:t>
      </w:r>
    </w:p>
    <w:p>
      <w:pPr>
        <w:ind w:left="280"/>
      </w:pPr>
      <w:r>
        <w:rPr>
          <w:sz w:val="24"/>
        </w:rPr>
        <w:t>6. 出场顺序是「高中→大学、金额低→高」，台上只说「按学段来」，不要解释金额逻辑。</w:t>
      </w:r>
    </w:p>
    <w:p>
      <w:pPr>
        <w:ind w:left="280"/>
      </w:pPr>
      <w:r>
        <w:rPr>
          <w:sz w:val="24"/>
        </w:rPr>
        <w:t>7. 主持人的位置是把光打在别人身上。少说自己的事。</w:t>
      </w:r>
    </w:p>
    <w:p>
      <w:pPr>
        <w:ind w:left="280"/>
      </w:pPr>
      <w:r>
        <w:rPr>
          <w:sz w:val="24"/>
        </w:rPr>
        <w:t>8. 叶西洹考上上海大学，与自己正在争取的方向重合——台上不提这件事，他的场子归他。</w:t>
      </w:r>
    </w:p>
    <w:p>
      <w:pPr>
        <w:ind w:left="280"/>
      </w:pPr>
      <w:r>
        <w:rPr>
          <w:sz w:val="24"/>
        </w:rPr>
        <w:t>9. 每念完一位学子的名字，看向那个孩子，等他起身。这个眼神交流比稿子重要。</w:t>
      </w:r>
    </w:p>
    <w:p>
      <w:pPr>
        <w:ind w:left="280"/>
      </w:pPr>
      <w:r>
        <w:rPr>
          <w:sz w:val="24"/>
        </w:rPr>
        <w:t>10. 穿插①短、穿插②热、穿插③可删。玩够就收，宁短不长。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八、待确认清单（自查用）</w:t>
      </w:r>
    </w:p>
    <w:p>
      <w:pPr>
        <w:ind w:left="280"/>
      </w:pPr>
      <w:r>
        <w:rPr>
          <w:sz w:val="24"/>
        </w:rPr>
        <w:t>□ 1. ⭐ 其余 6 位的奖学金金额（只有叶紫好 1000 元已知）→ 定最终出场顺序</w:t>
      </w:r>
    </w:p>
    <w:p>
      <w:pPr>
        <w:ind w:left="280"/>
      </w:pPr>
      <w:r>
        <w:rPr>
          <w:sz w:val="24"/>
        </w:rPr>
        <w:t>□ 2. ⭐ 叶紫好：性别、家长姓名、是否高考应届</w:t>
      </w:r>
    </w:p>
    <w:p>
      <w:pPr>
        <w:ind w:left="280"/>
      </w:pPr>
      <w:r>
        <w:rPr>
          <w:sz w:val="24"/>
        </w:rPr>
        <w:t>□ 3. 7 位学子的颁奖人（每人两位长辈）</w:t>
      </w:r>
    </w:p>
    <w:p>
      <w:pPr>
        <w:ind w:left="280"/>
      </w:pPr>
      <w:r>
        <w:rPr>
          <w:sz w:val="24"/>
        </w:rPr>
        <w:t>□ 4. 叶西金、叶佳怡的家长姓名</w:t>
      </w:r>
    </w:p>
    <w:p>
      <w:pPr>
        <w:ind w:left="280"/>
      </w:pPr>
      <w:r>
        <w:rPr>
          <w:sz w:val="24"/>
        </w:rPr>
        <w:t>□ 5. 第一项发言的基金会代表是谁</w:t>
      </w:r>
    </w:p>
    <w:p>
      <w:pPr>
        <w:ind w:left="280"/>
      </w:pPr>
      <w:r>
        <w:rPr>
          <w:sz w:val="24"/>
        </w:rPr>
        <w:t>□ 6. 第四项总结讲话是谁</w:t>
      </w:r>
    </w:p>
    <w:p>
      <w:pPr>
        <w:ind w:left="280"/>
      </w:pPr>
      <w:r>
        <w:rPr>
          <w:sz w:val="24"/>
        </w:rPr>
        <w:t>□ 7. 要不要念捐款名单，念哪一年的</w:t>
      </w:r>
    </w:p>
    <w:p>
      <w:pPr>
        <w:ind w:left="280"/>
      </w:pPr>
      <w:r>
        <w:rPr>
          <w:sz w:val="24"/>
        </w:rPr>
        <w:t>□ 8. 要不要宣读 2027 届应届毕业生名单，名单内容</w:t>
      </w:r>
    </w:p>
    <w:p>
      <w:pPr>
        <w:ind w:left="280"/>
      </w:pPr>
      <w:r>
        <w:rPr>
          <w:sz w:val="24"/>
        </w:rPr>
        <w:t>□ 9. 要不要介绍出席来宾，名单内容</w:t>
      </w:r>
    </w:p>
    <w:p>
      <w:pPr>
        <w:ind w:left="280"/>
      </w:pPr>
      <w:r>
        <w:rPr>
          <w:sz w:val="24"/>
        </w:rPr>
        <w:t>□ 10. 具体开始时刻（关系到整场是否压缩）</w:t>
      </w:r>
    </w:p>
    <w:p>
      <w:pPr>
        <w:ind w:left="280"/>
      </w:pPr>
      <w:r>
        <w:rPr>
          <w:sz w:val="24"/>
        </w:rPr>
        <w:t>□ 11. 奖品数量与种类（三段穿插共需约 10 份）</w:t>
      </w:r>
    </w:p>
    <w:p>
      <w:pPr>
        <w:ind w:left="280"/>
      </w:pPr>
      <w:r>
        <w:rPr>
          <w:sz w:val="24"/>
        </w:rPr>
        <w:t>□ 12. 名字读音逐一确认（洹 huán、昀 yún）</w:t>
      </w:r>
    </w:p>
    <w:p>
      <w:pPr>
        <w:ind w:left="280"/>
      </w:pPr>
      <w:r>
        <w:rPr>
          <w:sz w:val="24"/>
        </w:rPr>
        <w:t>□ 13. 话筒/音响能否提前试</w:t>
      </w:r>
    </w:p>
    <w:p>
      <w:pPr>
        <w:ind w:left="280"/>
      </w:pPr>
      <w:r>
        <w:rPr>
          <w:sz w:val="24"/>
        </w:rPr>
        <w:t>□ 14. 摄影由谁负责，7 人＋家长合影怎么站位</w:t>
      </w:r>
    </w:p>
    <w:p>
      <w:pPr>
        <w:ind w:left="280"/>
      </w:pPr>
      <w:r>
        <w:rPr>
          <w:sz w:val="24"/>
        </w:rPr>
        <w:t>□ 15. 跟两位发言长辈打招呼说明时长（约 8 分钟）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