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（v3 主持人手持版 · 请打印）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受表彰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7 位学子（大学 5 位 ＋ 高中 2 位）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本场发言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主持人 ＋ 7 位学子 ＋ 2027届应届生（无长辈发言环节）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奖品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红包，1~10 元不等（互动环节用）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 1 小时 20 分钟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一、本版改动（v2 → v3）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1"/>
              </w:rPr>
              <w:t>#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改动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影响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①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取消「第一项：基金会代表发言」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开场后直接进入念捐款名单，节省 8 min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②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取消「第四项：家长代表发言 / 长辈总结讲话」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节省 8 min；结束词需承担全场收尾，已加重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③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顺序改为：先大学（5位）→ 再高中（2位）→ 应届毕业生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大学组内部顺序不变（金额低→高）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④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高中组之后加「过渡激励」段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让弟弟妹妹看到大学奖学金更高，形成向上的动力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⑤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2027届应届毕业生改为上台发言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不只宣读名单，请他们讲两句心情与决心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⑥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新增「念捐款名单」环节，从低到高念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名单明天由负责人提供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⑦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奖品统一改红包（1~10元）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游戏台词已改，红包彩头可做笑点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⑧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补齐家长姓名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叶紫好→叶庆科（女生）；叶佳怡→叶庆展；叶西安→叶庆灵</w:t>
            </w:r>
          </w:p>
        </w:tc>
      </w:tr>
    </w:tbl>
    <w:p>
      <w:pPr>
        <w:ind w:firstLine="460"/>
      </w:pPr>
      <w:r>
        <w:rPr>
          <w:sz w:val="23"/>
        </w:rPr>
        <w:t>⚠ 因两项长辈发言取消，全场只有主持人与学子发言。这意味着两件事：一是节奏全靠主持人把控，中间没有喘气的地方；二是开场与结束词要更实，不能只是报幕。本版已把这两段重写加厚。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二、流程与时间安排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说明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主持人（已加厚）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第一项：宣读捐款名单（从低到高）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名单明天提供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00:11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第二项·A：表彰大学组 前 3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21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紫好 → 可欣 → 西安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穿插①：猜成语（3轮，红包奖品）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给台下小孩缓一口气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第二项·B：表彰大学组 后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昀 → 西洹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00:51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第二项·C：表彰高中组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西金 → 佳怡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过渡激励（面向弟弟妹妹）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刚看完大学奖学金，趁热讲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第三项：2027届应届毕业生上台发言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每人 1~2 min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穿插②：你演我猜（3轮，红包奖品）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可压缩到 2 轮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01:20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结束词已加重</w:t>
            </w:r>
          </w:p>
        </w:tc>
      </w:tr>
    </w:tbl>
    <w:p>
      <w:pPr>
        <w:ind w:firstLine="440"/>
      </w:pPr>
      <w:r>
        <w:rPr>
          <w:sz w:val="22"/>
        </w:rPr>
        <w:t>说明：大学组每人 7 分钟、高中组每人 6 分钟（报幕 30s ＋ 上台 30s ＋ 颁奖 1min ＋ 家长合影 1.5min ＋ 感言 2min ＋ 过渡 30s）。</w:t>
      </w:r>
    </w:p>
    <w:p>
      <w:pPr>
        <w:ind w:left="400"/>
      </w:pPr>
      <w:r>
        <w:rPr>
          <w:i/>
          <w:color w:val="606060"/>
          <w:sz w:val="21"/>
        </w:rPr>
        <w:t>【提示】本场没有长辈发言，等于全程没有让你歇的地方。带一瓶水放在手边，在两个穿插环节喝。</w:t>
      </w:r>
    </w:p>
    <w:p>
      <w:pPr>
        <w:ind w:left="400"/>
      </w:pPr>
      <w:r>
        <w:rPr>
          <w:i/>
          <w:color w:val="606060"/>
          <w:sz w:val="21"/>
        </w:rPr>
        <w:t>【提示】若整场超时：先把穿插②压到 2 轮 → 再压应届生发言（改为只宣读名单）→ 最后才动学子感言。</w:t>
      </w:r>
    </w:p>
    <w:p>
      <w:pPr>
        <w:ind w:left="400"/>
      </w:pPr>
      <w:r>
        <w:rPr>
          <w:b/>
          <w:color w:val="C00000"/>
          <w:sz w:val="21"/>
        </w:rPr>
        <w:t>⚠ 待定：宣读捐款名单的名单（明天由负责人提供，按金额从低到高排好）；具体开始时刻。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三、奖学学者名单与颁奖安排（v3 顺序）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  <w:sz w:val="20"/>
              </w:rPr>
              <w:t>序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学子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录取院校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学段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奖学金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家长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颁奖人（两位）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叶紫好（女）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百色职业学院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叶可欣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湖北师范大学文理学院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沈阳师范大学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叶昀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深圳职业技术大学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叶庆文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叶西洹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上海大学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叶庆通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叶佳怡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叶庆展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待定：🔴 七位学子的颁奖人（每人两位长辈，共14个名字）—— 唯一仍全空的关键项，明天到场前务必拿到。</w:t>
      </w:r>
    </w:p>
    <w:p>
      <w:pPr>
        <w:ind w:left="400"/>
      </w:pPr>
      <w:r>
        <w:rPr>
          <w:b/>
          <w:color w:val="C00000"/>
          <w:sz w:val="21"/>
        </w:rPr>
        <w:t>⚠ 待定：叶西金的家长姓名；除叶紫好（1000元）外其余六位的奖学金金额。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全程不念高考分数、不念中考等级、不念奖学金金额，只念录取学校。</w:t>
      </w:r>
    </w:p>
    <w:p>
      <w:r>
        <w:rPr>
          <w:sz w:val="26"/>
        </w:rPr>
        <w:t>· 七位学子一视同仁，不作横向比较，不使用「重点」「名校」「专科」等字样。</w:t>
      </w:r>
    </w:p>
    <w:p>
      <w:r>
        <w:rPr>
          <w:sz w:val="26"/>
        </w:rPr>
        <w:t>· 大学组内部按奖学金低→高出场，但台上只说「按学段来」，不解释金额逻辑。</w:t>
      </w:r>
    </w:p>
    <w:p>
      <w:r>
        <w:rPr>
          <w:sz w:val="26"/>
        </w:rPr>
        <w:t>· 互动环节以弟弟妹妹和家长为主角，七位学子不参与竞猜，避免二次比较。</w:t>
      </w:r>
    </w:p>
    <w:p>
      <w:r>
        <w:rPr>
          <w:sz w:val="26"/>
        </w:rPr>
        <w:t>· 叶紫好是女生，台上用「她」。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姓名读音（上台前逐个确认）</w:t>
      </w:r>
    </w:p>
    <w:p>
      <w:r>
        <w:rPr>
          <w:sz w:val="26"/>
        </w:rPr>
        <w:t>叶紫好　｜　叶可欣　｜　叶西安　｜　叶　昀 yún　｜　叶西洹 huán（不是 héng）　｜　叶西金　｜　叶佳怡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家长姓名（合影时要念）</w:t>
      </w:r>
    </w:p>
    <w:p>
      <w:r>
        <w:rPr>
          <w:sz w:val="26"/>
        </w:rPr>
        <w:t>紫好→叶庆科　｜　可欣→叶庆书　｜　西安→叶庆灵　｜　昀→叶庆文　｜　西洹→叶庆通　｜　西金→____　｜　佳怡→叶庆展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ind w:left="400"/>
      </w:pPr>
      <w:r>
        <w:rPr>
          <w:i/>
          <w:color w:val="606060"/>
          <w:sz w:val="21"/>
        </w:rPr>
        <w:t>【提示】本场没有长辈致辞，开场就是全场的第一口气，要稳、要有分量。开口前站定，环视全场一遍，等安静下来再说第一句。语速比平时慢两成。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八月一到，2026年就已经过去了一大半。在这个夏天，我们东由叶公祠的子孙又一次聚在这里，共同见证一件让全村人都高兴的事——我们又有七位学子，凭着自己的努力，走到了人生新的起点上。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今天我们在此举行「鹅塘田心东由叶公祠助学基金会2026年奖学仪式」，隆重表彰2025至2026学年顺利完成高升本、初升高的七位优秀学子。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在开始之前，我想先说一句。我们这个祠堂能一年一年把这件事办下来，靠的不是哪一个人，是这些年来每一位宗亲的慷慨解囊。这份钱不算多，但它代表的是全村人对读书这件事的态度——只要你肯往上走，家里就一定托着你。</w:t>
      </w:r>
    </w:p>
    <w:p>
      <w:pPr>
        <w:spacing w:line="420" w:lineRule="auto"/>
        <w:ind w:firstLine="540"/>
      </w:pPr>
      <w:r>
        <w:rPr>
          <w:sz w:val="27"/>
        </w:rPr>
        <w:t>今天的安排我先交代一下：我们先表彰考上大学的五位，再表彰考上高中的两位，然后请明年要上考场的弟弟妹妹们上来说两句。中间会插两个小游戏，主角是台下的弟弟妹妹和各位爸爸妈妈，奖品是红包——请大家坐住了，别急着走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【第一项：宣读捐款名单】</w:t>
      </w:r>
    </w:p>
    <w:p>
      <w:r>
        <w:rPr>
          <w:sz w:val="23"/>
        </w:rPr>
        <w:t>本环节由负责人明天提供名单，按金额从低到高排列。</w:t>
      </w:r>
    </w:p>
    <w:p>
      <w:pPr>
        <w:spacing w:line="420" w:lineRule="auto"/>
        <w:ind w:firstLine="540"/>
      </w:pPr>
      <w:r>
        <w:rPr>
          <w:sz w:val="27"/>
        </w:rPr>
        <w:t>大会第一项。今天在座的这些奖学金，每一分都是宗亲们自己掏出来的。我下面把今年捐款的名单念一遍，念到名字的，请大家把掌声给他。</w:t>
      </w:r>
    </w:p>
    <w:p>
      <w:r>
        <w:rPr>
          <w:sz w:val="26"/>
        </w:rPr>
        <w:t>（此处按名单从低到高逐一宣读：姓名 ＋ 金额）</w:t>
      </w:r>
    </w:p>
    <w:p>
      <w:r>
        <w:rPr>
          <w:sz w:val="26"/>
        </w:rPr>
        <w:t>______　____元；　______　____元；　______　____元 ……</w:t>
      </w:r>
    </w:p>
    <w:p>
      <w:pPr>
        <w:ind w:left="400"/>
      </w:pPr>
      <w:r>
        <w:rPr>
          <w:i/>
          <w:color w:val="606060"/>
          <w:sz w:val="21"/>
        </w:rPr>
        <w:t>【提示】念名单最怕两件事：念错名字、念漏人。拿到名单后先自己默读一遍，不认识的字当场问负责人。念的时候一个一个念清楚，不要赶。</w:t>
      </w:r>
    </w:p>
    <w:p>
      <w:pPr>
        <w:ind w:left="400"/>
      </w:pPr>
      <w:r>
        <w:rPr>
          <w:i/>
          <w:color w:val="606060"/>
          <w:sz w:val="21"/>
        </w:rPr>
        <w:t>【提示】从低到高念，最后几位金额最大——念到最后语气可以稍微抬起来，掌声自然会更响。这是这个环节的设计用意。</w:t>
      </w:r>
    </w:p>
    <w:p>
      <w:pPr>
        <w:spacing w:line="420" w:lineRule="auto"/>
        <w:ind w:firstLine="540"/>
      </w:pPr>
      <w:r>
        <w:rPr>
          <w:sz w:val="27"/>
        </w:rPr>
        <w:t>以上就是今年的捐款名单。我知道这里面有人捐的是几十块，有人捐的是几百上千，但今天我想说一句：在这件事上，没有大小之分。愿意为别人家的孩子读书掏钱，这份心是一样的。</w:t>
      </w:r>
    </w:p>
    <w:p>
      <w:pPr>
        <w:spacing w:line="420" w:lineRule="auto"/>
        <w:ind w:firstLine="540"/>
      </w:pPr>
      <w:r>
        <w:rPr>
          <w:sz w:val="27"/>
        </w:rPr>
        <w:t>让我们再一次，把最热烈的掌声送给所有捐款的宗亲。</w:t>
      </w:r>
    </w:p>
    <w:p>
      <w:pPr>
        <w:ind w:left="400"/>
      </w:pPr>
      <w:r>
        <w:rPr>
          <w:i/>
          <w:color w:val="606060"/>
          <w:sz w:val="21"/>
        </w:rPr>
        <w:t>【提示】说完这句，带头鼓掌，等掌声完整落下再进下一环节。这是全场第一个情绪点，不要急着往下赶。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A：表彰大学组 前三位】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今年我们一共表彰七位学子，有的刚刚走出高考，有的刚刚走出中考。他们走的路不一样，要去的地方也不一样，但有一点是相同的——这一年里，他们都没有偷懒。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他们是在场所有弟弟妹妹、侄子侄女们的榜样。我们先从今年考上大学的五位开始。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位：叶紫好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第一位我们要表彰的是叶紫好。紫好在今年6月的高考中，顺利考取百色职业学院。</w:t>
      </w:r>
    </w:p>
    <w:p>
      <w:pPr>
        <w:spacing w:line="420" w:lineRule="auto"/>
        <w:ind w:firstLine="540"/>
      </w:pPr>
      <w:r>
        <w:rPr>
          <w:sz w:val="27"/>
        </w:rPr>
        <w:t>百色职业学院走的是技能这条路。现在社会上最缺的，就是手上有真本事的人。把一门技术学到精，走到哪里都吃得开。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，为紫好颁发奖状和奖金。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好的，各位请留步，也请紫好的家长叶庆科上台来，我们一起在台上合影留念。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下面我们请紫好发表获奖感言。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【提示】若感言过长，等一个句号处接：「谢谢紫好，说得很好，我们把掌声留给他。」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感谢紫好的精彩发言。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好的，各位请留步，也请可欣的家长叶庆书上台来，我们一起在台上合影留念。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【提示】若感言过长，等一个句号处接：「谢谢可欣，说得很好，我们把掌声留给他。」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好的，各位请留步，也请西安的家长叶庆灵上台来，我们一起在台上合影留念。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【提示】若感言过长，等一个句号处接：「谢谢西安，说得很好，我们把掌声留给他。」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★【穿插①：猜成语（约 5 分钟）】</w:t>
      </w:r>
    </w:p>
    <w:p>
      <w:r>
        <w:rPr>
          <w:sz w:val="23"/>
        </w:rPr>
        <w:t>位置：大学组前三位颁完之后。目的：让坐了半小时的小孩活动一下，把全场注意力拉回来。规则：主持人念一句描述，最先举手答对的得红包一个。前两题小学生优先。</w:t>
      </w:r>
    </w:p>
    <w:p>
      <w:pPr>
        <w:spacing w:line="420" w:lineRule="auto"/>
        <w:ind w:firstLine="540"/>
      </w:pPr>
      <w:r>
        <w:rPr>
          <w:sz w:val="27"/>
        </w:rPr>
        <w:t>还有四位没有颁，我们中间插一个小活动，大家休息一下。</w:t>
      </w:r>
    </w:p>
    <w:p>
      <w:pPr>
        <w:spacing w:line="420" w:lineRule="auto"/>
        <w:ind w:firstLine="540"/>
      </w:pPr>
      <w:r>
        <w:rPr>
          <w:sz w:val="27"/>
        </w:rPr>
        <w:t>这个游戏很简单，叫「猜成语」。我念一句话，你们猜是哪个成语，谁先举手谁先答。答对了有红包——不多，一块到十块，但抢到就是抢到。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备用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刻个记号在船上，想着回来还能找到掉水里的剑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【提示】红包金额不一，可以做笑点：「这个红包是几块钱我也不知道，抽到十块的今晚请大家喝水。」拆红包的悬念本身就是气氛。</w:t>
      </w:r>
    </w:p>
    <w:p>
      <w:pPr>
        <w:ind w:left="400"/>
      </w:pPr>
      <w:r>
        <w:rPr>
          <w:i/>
          <w:color w:val="606060"/>
          <w:sz w:val="21"/>
        </w:rPr>
        <w:t>【提示】只玩 3 轮就收，这里不是主场。答不出来别僵持：给一个字提示，仍答不出就公布答案笑一下带过。</w:t>
      </w:r>
    </w:p>
    <w:p>
      <w:pPr>
        <w:spacing w:line="420" w:lineRule="auto"/>
        <w:ind w:firstLine="540"/>
      </w:pPr>
      <w:r>
        <w:rPr>
          <w:sz w:val="27"/>
        </w:rPr>
        <w:t>好，就到这里。看来我们村的成语底子还是很扎实的。</w:t>
      </w:r>
    </w:p>
    <w:p>
      <w:pPr>
        <w:spacing w:line="420" w:lineRule="auto"/>
        <w:ind w:firstLine="540"/>
      </w:pPr>
      <w:r>
        <w:rPr>
          <w:sz w:val="27"/>
        </w:rPr>
        <w:t>我们接着回到颁奖——下面还有两位考上大学的学子。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B：表彰大学组 后两位】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位：叶昀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好的，各位请留步，也请昀的家长叶庆文上台来，我们一起在台上合影留念。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【提示】若感言过长，等一个句号处接：「谢谢昀，说得很好，我们把掌声留给他。」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好的，各位请留步，也请西洹的家长叶庆通上台来，我们一起在台上合影留念。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ind w:left="400"/>
      </w:pPr>
      <w:r>
        <w:rPr>
          <w:i/>
          <w:color w:val="606060"/>
          <w:sz w:val="21"/>
        </w:rPr>
        <w:t>【提示】若感言过长，等一个句号处接：「谢谢西洹，说得很好，我们把掌声留给他。」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r>
        <w:rPr>
          <w:sz w:val="26"/>
        </w:rPr>
        <w:t>（大学组五位表彰完毕后，接以下小结）</w:t>
      </w:r>
    </w:p>
    <w:p>
      <w:pPr>
        <w:spacing w:line="420" w:lineRule="auto"/>
        <w:ind w:firstLine="540"/>
      </w:pPr>
      <w:r>
        <w:rPr>
          <w:sz w:val="27"/>
        </w:rPr>
        <w:t>以上就是今年考上大学的五位学子。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天道酬勤。他们今天站在这里，靠的不是运气，是这三年里那些没有人看见的努力——那些早起的清晨，那些做不完的题，那些想放弃又坚持下来的晚上。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C：表彰高中组两位】</w:t>
      </w:r>
    </w:p>
    <w:p>
      <w:pPr>
        <w:spacing w:line="420" w:lineRule="auto"/>
        <w:ind w:firstLine="540"/>
      </w:pPr>
      <w:r>
        <w:rPr>
          <w:sz w:val="27"/>
        </w:rPr>
        <w:t>接下来，我们要表彰今年考上高中的两位。他们年纪最小，但站在这里的道理是一样的。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位：叶西金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好的，各位请留步，也请西金的家长____上台来，我们一起在台上合影留念。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【提示】中考组年纪小，可能只说一句「谢谢大家」。若说不出话，接：「没关系，紧张是正常的，我第一次上台也一样。我们用掌声代替他想说的话——谢谢西金。」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7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ind w:left="400"/>
      </w:pPr>
      <w:r>
        <w:rPr>
          <w:i/>
          <w:color w:val="606060"/>
          <w:sz w:val="21"/>
        </w:rPr>
        <w:t>【提示】等颁奖人上台就位后，再念下一句。奖金金额一律不念。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好的，各位请留步，也请佳怡的家长叶庆展上台来，我们一起在台上合影留念。</w:t>
      </w:r>
    </w:p>
    <w:p>
      <w:pPr>
        <w:ind w:left="400"/>
      </w:pPr>
      <w:r>
        <w:rPr>
          <w:i/>
          <w:color w:val="606060"/>
          <w:sz w:val="21"/>
        </w:rPr>
        <w:t>【提示】合影控时 1.5 分钟。超时用这句自然催促：「我们再拍一张，这一张大家一起笑一下。」拍完立刻接下一句。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ind w:left="400"/>
      </w:pPr>
      <w:r>
        <w:rPr>
          <w:i/>
          <w:color w:val="606060"/>
          <w:sz w:val="21"/>
        </w:rPr>
        <w:t>【提示】中考组年纪小，可能只说一句「谢谢大家」。若说不出话，接：「没关系，紧张是正常的，我第一次上台也一样。我们用掌声代替他想说的话——谢谢佳怡。」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pPr>
        <w:spacing w:line="420" w:lineRule="auto"/>
        <w:ind w:firstLine="540"/>
      </w:pPr>
      <w:r>
        <w:rPr>
          <w:sz w:val="27"/>
        </w:rPr>
        <w:t>这两位是今年最小的获奖者。高中三年才刚刚开始，我们把最长的一段路留给他们慢慢走。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★【过渡激励（约 2 分钟）· 本版新增】</w:t>
      </w:r>
    </w:p>
    <w:p>
      <w:r>
        <w:rPr>
          <w:sz w:val="23"/>
        </w:rPr>
        <w:t>位置：高中组颁完之后、应届生上台之前。用意：台下的弟弟妹妹刚刚亲眼看到——考上大学的哥哥姐姐，拿到的奖学金比考上高中的更多。趁这个印象还热，把话说明白。</w:t>
      </w:r>
    </w:p>
    <w:p>
      <w:pPr>
        <w:ind w:left="400"/>
      </w:pPr>
      <w:r>
        <w:rPr>
          <w:i/>
          <w:color w:val="606060"/>
          <w:sz w:val="21"/>
        </w:rPr>
        <w:t>【提示】这段是今晚唯一一处「讲道理」的话，也是负责人特别要求加的。说的时候看着台下那些小孩，不要看稿。语气要像大哥哥说话，不要像老师训话。</w:t>
      </w:r>
    </w:p>
    <w:p>
      <w:pPr>
        <w:spacing w:line="420" w:lineRule="auto"/>
        <w:ind w:firstLine="540"/>
      </w:pPr>
      <w:r>
        <w:rPr>
          <w:sz w:val="27"/>
        </w:rPr>
        <w:t>刚才台上一共上来七个人。我想请台下的弟弟妹妹们注意一件事——</w:t>
      </w:r>
    </w:p>
    <w:p>
      <w:pPr>
        <w:spacing w:line="420" w:lineRule="auto"/>
        <w:ind w:firstLine="540"/>
      </w:pPr>
      <w:r>
        <w:rPr>
          <w:sz w:val="27"/>
        </w:rPr>
        <w:t>前面五位哥哥姐姐考上了大学，后面两位考上了高中。大家有没有发现，他们手上的红包，厚薄是不一样的？</w:t>
      </w:r>
    </w:p>
    <w:p>
      <w:pPr>
        <w:spacing w:line="420" w:lineRule="auto"/>
        <w:ind w:firstLine="540"/>
      </w:pPr>
      <w:r>
        <w:rPr>
          <w:sz w:val="27"/>
        </w:rPr>
        <w:t>这不是我们偏心。这是我们祠堂立的一个规矩：你走得越远，家里给你的就越多。</w:t>
      </w:r>
    </w:p>
    <w:p>
      <w:pPr>
        <w:spacing w:line="420" w:lineRule="auto"/>
        <w:ind w:firstLine="540"/>
      </w:pPr>
      <w:r>
        <w:rPr>
          <w:sz w:val="27"/>
        </w:rPr>
        <w:t>今年考上高中的两位，明年、后年、再后年，他们会站在同一个位置上，拿到比今天更厚的那一份。前提是——这三年他们得往上走。</w:t>
      </w:r>
    </w:p>
    <w:p>
      <w:pPr>
        <w:spacing w:line="420" w:lineRule="auto"/>
        <w:ind w:firstLine="540"/>
      </w:pPr>
      <w:r>
        <w:rPr>
          <w:sz w:val="27"/>
        </w:rPr>
        <w:t>所以我想跟台下每一个还在读书的弟弟妹妹说一句：今天你羡慕的这个位置，是留着给你的。它不看你家里有多少钱，不看你认识多少人，只看你自己愿不愿意下功夫。</w:t>
      </w:r>
    </w:p>
    <w:p>
      <w:pPr>
        <w:spacing w:line="420" w:lineRule="auto"/>
        <w:ind w:firstLine="540"/>
      </w:pPr>
      <w:r>
        <w:rPr>
          <w:sz w:val="27"/>
        </w:rPr>
        <w:t>明年这个时候，我希望上台的人比今年更多。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【第三项：2027届应届毕业生上台发言】</w:t>
      </w:r>
    </w:p>
    <w:p>
      <w:pPr>
        <w:ind w:left="400"/>
      </w:pPr>
      <w:r>
        <w:rPr>
          <w:b/>
          <w:color w:val="C00000"/>
          <w:sz w:val="21"/>
        </w:rPr>
        <w:t>⚠ 待定：2027届即将中考、高考的学子名单（姓名 ＋ 今年9月进入哪个学校哪个年级）。人数决定本环节时长。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表彰完今年的学子，我们也不能忘记明年就要走进考场的弟弟妹妹们。下面我念到名字的，请你们上台来。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接下来这一年会很辛苦。所以今天我不替你们讲，我想请你们自己讲两句——讲讲今天坐在下面看着哥哥姐姐领奖，心里是什么感觉；也讲讲这一年，你打算怎么拼。</w:t>
      </w:r>
    </w:p>
    <w:p>
      <w:pPr>
        <w:spacing w:line="420" w:lineRule="auto"/>
        <w:ind w:firstLine="540"/>
      </w:pPr>
      <w:r>
        <w:rPr>
          <w:sz w:val="27"/>
        </w:rPr>
        <w:t>不用讲长，两三句就够。我们从 ______ 开始。</w:t>
      </w:r>
    </w:p>
    <w:p>
      <w:pPr>
        <w:ind w:left="400"/>
      </w:pPr>
      <w:r>
        <w:rPr>
          <w:i/>
          <w:color w:val="606060"/>
          <w:sz w:val="21"/>
        </w:rPr>
        <w:t>【提示】这些孩子大概率没有准备，会紧张、会卡住。你的任务不是让他们讲得好，是让他们讲得出来。给引导句，别让他们干站着：</w:t>
      </w:r>
    </w:p>
    <w:p>
      <w:pPr>
        <w:ind w:left="400"/>
      </w:pPr>
      <w:r>
        <w:rPr>
          <w:i/>
          <w:color w:val="606060"/>
          <w:sz w:val="21"/>
        </w:rPr>
        <w:t>【提示】引导句一：「明年这个时候你想站在哪个位置？」　引导句二：「今晚看完，最想说的一句话是什么？」　引导句三：「这一年你最想改掉自己哪个毛病？」</w:t>
      </w:r>
    </w:p>
    <w:p>
      <w:pPr>
        <w:ind w:left="400"/>
      </w:pPr>
      <w:r>
        <w:rPr>
          <w:i/>
          <w:color w:val="606060"/>
          <w:sz w:val="21"/>
        </w:rPr>
        <w:t>【提示】若某个孩子实在说不出来：「没关系，话不用现在说，明年拿着奖状上来说。我们用掌声先给他记着。」——立刻转下一个，不要停留。</w:t>
      </w:r>
    </w:p>
    <w:p>
      <w:pPr>
        <w:spacing w:line="420" w:lineRule="auto"/>
        <w:ind w:firstLine="540"/>
      </w:pPr>
      <w:r>
        <w:rPr>
          <w:sz w:val="27"/>
        </w:rPr>
        <w:t>感谢几位的发言。这些话今晚说出来了，明年就是要拿成绩来兑的。我们都记着。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★【穿插②：你演我猜（约 7 分钟，可压缩到 2 轮）】</w:t>
      </w:r>
    </w:p>
    <w:p>
      <w:r>
        <w:rPr>
          <w:sz w:val="23"/>
        </w:rPr>
        <w:t>位置：应届生发言之后、合影之前。规则：家长与自己的孩子组队，家长台上表演、孩子台下猜，全程不许说话。猜对得红包。</w:t>
      </w:r>
    </w:p>
    <w:p>
      <w:pPr>
        <w:spacing w:line="420" w:lineRule="auto"/>
        <w:ind w:firstLine="540"/>
      </w:pPr>
      <w:r>
        <w:rPr>
          <w:sz w:val="27"/>
        </w:rPr>
        <w:t>正式的环节我们走完了。开席之前，还有一个游戏，这个游戏的主角是各位爸爸妈妈。</w:t>
      </w:r>
    </w:p>
    <w:p>
      <w:pPr>
        <w:spacing w:line="420" w:lineRule="auto"/>
        <w:ind w:firstLine="540"/>
      </w:pPr>
      <w:r>
        <w:rPr>
          <w:sz w:val="27"/>
        </w:rPr>
        <w:t>游戏叫「你演我猜」：请一位家长上来表演，他的孩子在台下猜。说明一下——表演的人全程不能说话，一个字都不能说，只能靠动作。猜对了，红包归你们家。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p>
      <w:pPr>
        <w:ind w:left="400"/>
      </w:pPr>
      <w:r>
        <w:rPr>
          <w:i/>
          <w:color w:val="606060"/>
          <w:sz w:val="21"/>
        </w:rPr>
        <w:t>【提示】没人主动上，别干等。直接点一位平时爱说笑的叔叔或阿姨，全场会帮你起哄推他上台。这一步破冰最关键。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轮次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词条（每轮挑 1~2 个）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第1轮｜好演的（热身）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被蚊子咬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第2轮｜有笑点的（主菜）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催孩子写作业　抢红包　广场舞　照镜子挤痘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第3轮｜本地味道（收尾）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摘荔枝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【提示】「催孩子写作业」留在第 2 轮用——家长演出来全场必笑，因为每个人都见过。「抢红包」这条今晚特别应景，可以放第 1 轮。</w:t>
      </w:r>
    </w:p>
    <w:p>
      <w:pPr>
        <w:ind w:left="400"/>
      </w:pPr>
      <w:r>
        <w:rPr>
          <w:i/>
          <w:color w:val="606060"/>
          <w:sz w:val="21"/>
        </w:rPr>
        <w:t>【提示】孩子猜不出，允许换一个词一次，别让台上的家长干站着尴尬。</w:t>
      </w:r>
    </w:p>
    <w:p>
      <w:r>
        <w:rPr>
          <w:sz w:val="22"/>
        </w:rPr>
        <w:t>备用成语题（任一环节救场用）：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</w:tbl>
    <w:p>
      <w:r>
        <w:rPr>
          <w:sz w:val="22"/>
        </w:rPr>
        <w:t>备用游戏「默契大考验」（时间还有余时用）：主持人问孩子，孩子先答，再问家长「他答对了吗」。答对得红包。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这个暑假你妈妈催过你多少次做家务？（大概数）</w:t>
            </w:r>
          </w:p>
        </w:tc>
      </w:tr>
    </w:tbl>
    <w:p>
      <w:pPr>
        <w:ind w:left="400"/>
      </w:pPr>
      <w:r>
        <w:rPr>
          <w:i/>
          <w:color w:val="606060"/>
          <w:sz w:val="21"/>
        </w:rPr>
        <w:t>【提示】默契题只问吃穿用度和日常习惯，不要问成绩、不要问收入、不要问家里的事。</w:t>
      </w:r>
    </w:p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ind w:left="400"/>
      </w:pPr>
      <w:r>
        <w:rPr>
          <w:i/>
          <w:color w:val="606060"/>
          <w:sz w:val="21"/>
        </w:rPr>
        <w:t>【提示】本场没有长辈总结讲话，这段结束词就是全场的收尾，分量全在这里。不要赶，一句一句说完。</w:t>
      </w:r>
    </w:p>
    <w:p>
      <w:pPr>
        <w:spacing w:line="420" w:lineRule="auto"/>
        <w:ind w:firstLine="540"/>
      </w:pPr>
      <w:r>
        <w:rPr>
          <w:sz w:val="27"/>
        </w:rPr>
        <w:t>下面，请全体获奖的七位学子和你们的家长，再次上台，我们一起合影留念。</w:t>
      </w:r>
    </w:p>
    <w:p>
      <w:pPr>
        <w:ind w:left="400"/>
      </w:pPr>
      <w:r>
        <w:rPr>
          <w:i/>
          <w:color w:val="606060"/>
          <w:sz w:val="21"/>
        </w:rPr>
        <w:t>【提示】可提示「家长站后排，孩子站前排」「大家往中间靠一点」。七人＋家长人多，提前想好两排怎么站。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今天这场仪式，从头到尾一个多小时，表彰了七个孩子。但我想说，它真正说的不是这七个孩子的事。</w:t>
      </w:r>
    </w:p>
    <w:p>
      <w:pPr>
        <w:spacing w:line="420" w:lineRule="auto"/>
        <w:ind w:firstLine="540"/>
      </w:pPr>
      <w:r>
        <w:rPr>
          <w:sz w:val="27"/>
        </w:rPr>
        <w:t>它说的是——我们这个家族，认读书这件事。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我们这个村子不富，很多人家的钱是从土里、从工地上、从外面打工挣回来的。但这些钱里面，年年都有一部分被拿出来，给别人家的孩子读书。这件事办了这么多年，从来没断过。我觉得这比今天台上任何一张奖状都重。</w:t>
      </w:r>
    </w:p>
    <w:p>
      <w:pPr>
        <w:spacing w:line="420" w:lineRule="auto"/>
        <w:ind w:firstLine="540"/>
      </w:pPr>
      <w:r>
        <w:rPr>
          <w:sz w:val="27"/>
        </w:rPr>
        <w:t>所以我想请七位获奖的学子，还有你们的家长，跟我一起，向今天在座的所有宗亲、所有长辈，鞠一个躬。</w:t>
      </w:r>
    </w:p>
    <w:p>
      <w:pPr>
        <w:ind w:left="400"/>
      </w:pPr>
      <w:r>
        <w:rPr>
          <w:i/>
          <w:color w:val="606060"/>
          <w:sz w:val="21"/>
        </w:rPr>
        <w:t>【提示】说完这句，自己先转身面向台下，带头鞠躬。这是全场最重的一个动作，不要省。</w:t>
      </w:r>
    </w:p>
    <w:p>
      <w:pPr>
        <w:spacing w:line="420" w:lineRule="auto"/>
        <w:ind w:firstLine="540"/>
      </w:pPr>
      <w:r>
        <w:rPr>
          <w:sz w:val="27"/>
        </w:rPr>
        <w:t>谢谢大家。</w:t>
      </w:r>
    </w:p>
    <w:p>
      <w:pPr>
        <w:spacing w:line="420" w:lineRule="auto"/>
        <w:ind w:firstLine="540"/>
      </w:pPr>
      <w:r>
        <w:rPr>
          <w:sz w:val="27"/>
        </w:rPr>
        <w:t>最后我想对七位学子说几句。中考、高考的结束，不是学习的结束。你们即将走进的高中和大学，是一个全新的起点。忘掉今天的掌声，记住最初那个想法，脚踏实地往前走。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p>
      <w:pPr>
        <w:ind w:left="400"/>
      </w:pPr>
      <w:r>
        <w:rPr>
          <w:i/>
          <w:color w:val="606060"/>
          <w:sz w:val="21"/>
        </w:rPr>
        <w:t>【提示】念完最后一句，站住不动，等掌声起来再走下台。不要念完就走。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六、应急话术（手持版专用）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情况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话术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学子紧张说不出话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「没关系，紧张是正常的，我第一次上台也一样。我们用掌声代替他想说的话——谢谢XX。」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学子感言过长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等一个句号处：「谢谢XX，说得很好，我们把掌声留给他。」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应届生一句话都说不出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「没关系，话不用现在说，明年拿着奖状上来说。我们用掌声先给他记着。」立刻转下一个。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捐款名单有字不认识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⚠ 拿到名单先默读一遍，当场问负责人。台上真卡住了：跳过姓氏念全名后半段，或说「这一位我请负责人来念」。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念漏了捐款人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发现后立刻补：「刚才有一位我漏了，______，____元，抱歉。」不要装作没发生。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合影磨蹭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「我们再拍一张，这一张大家一起笑一下。」拍完立刻接下一句。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颁奖人没到场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「XX因故没能到场，我们请 ______ 代为颁发。」（提前约好备选人）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有人问「为什么他排后面」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「今天是按学段来的，先大学后高中，跟成绩没关系。」一句带过，不展开。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有人在台下喊金额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不接、不重复、不解释，直接进下一句台词。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红包被抢/分不匀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「红包不看多少，看谁手快。下一题还有机会。」不要在金额上纠缠。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话筒出问题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「话筒好像有点小情况，我们稍等一下。」不要反复喊「听得到吗」。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念错名字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立刻自然更正：「不好意思，是XX，我念错了。」不要慌，不要反复道歉。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现场吵闹听不清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不要提高音量硬讲。停下，等两三秒，全场会自然安静。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游戏没人愿上台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直接点一位爱说笑的长辈，全场会帮你起哄。不要干等。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整场超时 10 分钟以上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穿插②压到 2 轮 → 应届生改为只宣读名单 → 最后才动学子感言。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七、上台前提醒（仅自用）</w:t>
      </w:r>
    </w:p>
    <w:p>
      <w:pPr>
        <w:ind w:left="280"/>
      </w:pPr>
      <w:r>
        <w:rPr>
          <w:sz w:val="24"/>
        </w:rPr>
        <w:t>1. ⚠ 今天 07:43 柳州→贺州无座站 2h21，晚上再站 2h。术后第 19 天，白天务必找机会躺一下。</w:t>
      </w:r>
    </w:p>
    <w:p>
      <w:pPr>
        <w:ind w:left="280"/>
      </w:pPr>
      <w:r>
        <w:rPr>
          <w:sz w:val="24"/>
        </w:rPr>
        <w:t>2. ⚠ 本场没有长辈发言，全程没有让你歇的地方。带一瓶水放手边，在两个穿插环节喝。</w:t>
      </w:r>
    </w:p>
    <w:p>
      <w:pPr>
        <w:ind w:left="280"/>
      </w:pPr>
      <w:r>
        <w:rPr>
          <w:sz w:val="24"/>
        </w:rPr>
        <w:t>3. 开口前站定、环视全场、等安静，再说第一句。不要急。</w:t>
      </w:r>
    </w:p>
    <w:p>
      <w:pPr>
        <w:ind w:left="280"/>
      </w:pPr>
      <w:r>
        <w:rPr>
          <w:sz w:val="24"/>
        </w:rPr>
        <w:t>4. 语速比平时慢两成。念名字时更慢，一个字一个字念清楚。</w:t>
      </w:r>
    </w:p>
    <w:p>
      <w:pPr>
        <w:ind w:left="280"/>
      </w:pPr>
      <w:r>
        <w:rPr>
          <w:sz w:val="24"/>
        </w:rPr>
        <w:t>5. 捐款名单拿到手先默读一遍，圈出不认识的字，当场问负责人。这是今晚最容易出错的一段。</w:t>
      </w:r>
    </w:p>
    <w:p>
      <w:pPr>
        <w:ind w:left="280"/>
      </w:pPr>
      <w:r>
        <w:rPr>
          <w:sz w:val="24"/>
        </w:rPr>
        <w:t>6. 拿纸质稿，不看手机。按「开场／捐款名单／大学组／穿插①／高中组／过渡激励／应届生／穿插②／结束」折角。</w:t>
      </w:r>
    </w:p>
    <w:p>
      <w:pPr>
        <w:ind w:left="280"/>
      </w:pPr>
      <w:r>
        <w:rPr>
          <w:sz w:val="24"/>
        </w:rPr>
        <w:t>7. 不念分数、不念等级、不念金额、不作比较——这是本次唯一的硬规矩。</w:t>
      </w:r>
    </w:p>
    <w:p>
      <w:pPr>
        <w:ind w:left="280"/>
      </w:pPr>
      <w:r>
        <w:rPr>
          <w:sz w:val="24"/>
        </w:rPr>
        <w:t>8. 「过渡激励」和「结束词」这两段不要看稿，看着人说。其余可以看稿。</w:t>
      </w:r>
    </w:p>
    <w:p>
      <w:pPr>
        <w:ind w:left="280"/>
      </w:pPr>
      <w:r>
        <w:rPr>
          <w:sz w:val="24"/>
        </w:rPr>
        <w:t>9. 叶紫好是女生，说「她」。</w:t>
      </w:r>
    </w:p>
    <w:p>
      <w:pPr>
        <w:ind w:left="280"/>
      </w:pPr>
      <w:r>
        <w:rPr>
          <w:sz w:val="24"/>
        </w:rPr>
        <w:t>10. 叶西洹考上上海大学，与自己正在争取的方向重合——台上不提这件事，他的场子归他。</w:t>
      </w:r>
    </w:p>
    <w:p>
      <w:pPr>
        <w:ind w:left="280"/>
      </w:pPr>
      <w:r>
        <w:rPr>
          <w:sz w:val="24"/>
        </w:rPr>
        <w:t>11. 每念完一位学子的名字，看向那个孩子，等他起身。这个眼神交流比稿子重要。</w:t>
      </w:r>
    </w:p>
    <w:p>
      <w:pPr>
        <w:ind w:left="280"/>
      </w:pPr>
      <w:r>
        <w:rPr>
          <w:sz w:val="24"/>
        </w:rPr>
        <w:t>12. 结束前的集体鞠躬不要省——这是全场最重的一个动作。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八、明天到场前必须拿到（自查用）</w:t>
      </w:r>
    </w:p>
    <w:p>
      <w:pPr>
        <w:ind w:left="280"/>
      </w:pPr>
      <w:r>
        <w:rPr>
          <w:sz w:val="24"/>
        </w:rPr>
        <w:t>□ 1. 🔴 七位学子的颁奖人（每人两位长辈，共14个名字）—— 唯一全空的关键项</w:t>
      </w:r>
    </w:p>
    <w:p>
      <w:pPr>
        <w:ind w:left="280"/>
      </w:pPr>
      <w:r>
        <w:rPr>
          <w:sz w:val="24"/>
        </w:rPr>
        <w:t>□ 2. 🔴 捐款名单（按金额低→高排好）—— 拿到后立刻默读，圈生字</w:t>
      </w:r>
    </w:p>
    <w:p>
      <w:pPr>
        <w:ind w:left="280"/>
      </w:pPr>
      <w:r>
        <w:rPr>
          <w:sz w:val="24"/>
        </w:rPr>
        <w:t>□ 3. 🔴 2027届应届毕业生名单（姓名＋9月进入哪个年级）</w:t>
      </w:r>
    </w:p>
    <w:p>
      <w:pPr>
        <w:ind w:left="280"/>
      </w:pPr>
      <w:r>
        <w:rPr>
          <w:sz w:val="24"/>
        </w:rPr>
        <w:t>□ 4. 叶西金的家长姓名</w:t>
      </w:r>
    </w:p>
    <w:p>
      <w:pPr>
        <w:ind w:left="280"/>
      </w:pPr>
      <w:r>
        <w:rPr>
          <w:sz w:val="24"/>
        </w:rPr>
        <w:t>□ 5. 其余六位的奖学金金额（只有叶紫好 1000 元已知）</w:t>
      </w:r>
    </w:p>
    <w:p>
      <w:pPr>
        <w:ind w:left="280"/>
      </w:pPr>
      <w:r>
        <w:rPr>
          <w:sz w:val="24"/>
        </w:rPr>
        <w:t>□ 6. 具体开始时刻</w:t>
      </w:r>
    </w:p>
    <w:p>
      <w:pPr>
        <w:ind w:left="280"/>
      </w:pPr>
      <w:r>
        <w:rPr>
          <w:sz w:val="24"/>
        </w:rPr>
        <w:t>□ 7. 红包准备了多少个（两个游戏约需 8~10 个）</w:t>
      </w:r>
    </w:p>
    <w:p>
      <w:pPr>
        <w:ind w:left="280"/>
      </w:pPr>
      <w:r>
        <w:rPr>
          <w:sz w:val="24"/>
        </w:rPr>
        <w:t>□ 8. 话筒/音响能否提前试</w:t>
      </w:r>
    </w:p>
    <w:p>
      <w:pPr>
        <w:ind w:left="280"/>
      </w:pPr>
      <w:r>
        <w:rPr>
          <w:sz w:val="24"/>
        </w:rPr>
        <w:t>□ 9. 摄影由谁负责，7人＋家长合影怎么站位</w:t>
      </w:r>
    </w:p>
    <w:p>
      <w:pPr>
        <w:ind w:left="280"/>
      </w:pPr>
      <w:r>
        <w:rPr>
          <w:sz w:val="24"/>
        </w:rPr>
        <w:t>□ 10. 名字读音逐一确认（洹 huán、昀 yún）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