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（v4 定稿 — 金额/家长/捐款名单已全部填入）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位学子（大学 5 位 ＋ 高中 2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本场发言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主持人 ＋ 7 位学子 ＋ 2027届应届生（无长辈发言环节）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奖品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红包，1~10 元不等（互动环节用）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奖学金总额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9,200 元（2000×2 ＋ 1500×2 ＋ 1000 ＋ 600×2）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28 分钟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一、本版改动（v3 → v4）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1"/>
              </w:rPr>
              <w:t>#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改动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影响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①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七位奖学金金额已全部填入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昀2000／西洹2000／西安1500／可欣1500／紫好1000／西金600／佳怡600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②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出场顺序已按金额低→高最终确认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大学组：紫好1000→可欣1500→西安1500→昀2000→西洹2000（压轴）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③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叶西金家长补为叶庆灵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⚠ 与叶西安同一位家长（叶庆灵），台上要注意，见下方提示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④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2026 捐款名单已全部填入台词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派捐4房＋乐捐11人，均按金额低→高排好，可直接照念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此前改动（v3）：取消两项长辈发言、先大学后高中、应届生上台发言、奖品改红包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已保留</w:t>
            </w:r>
          </w:p>
        </w:tc>
      </w:tr>
    </w:tbl>
    <w:p>
      <w:pPr>
        <w:ind w:firstLine="460"/>
      </w:pPr>
      <w:r>
        <w:rPr>
          <w:sz w:val="23"/>
        </w:rPr>
        <w:t>⚠ 因两项长辈发言取消，全场只有主持人与学子发言。这意味着两件事：一是节奏全靠主持人把控，中间没有喘气的地方；二是开场与结束词要更实，不能只是报幕。本版已把这两段重写加厚。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说明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主持人（已加厚）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第一项：宣读捐款名单（派捐4房＋乐捐11人）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名单已填入，照念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第二项·A：表彰大学组 前 3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紫好1000 → 可欣1500 → 西安1500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给台下小孩缓一口气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00:39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后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昀2000 → 西洹2000（压轴）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第二项·C：表彰高中组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西金600 → 佳怡600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过渡激励（面向弟弟妹妹）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刚看完大学奖学金，趁热讲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第三项：2027届应届毕业生上台发言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每人 1~2 min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可压缩到 2 轮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结束词已加重</w:t>
            </w:r>
          </w:p>
        </w:tc>
      </w:tr>
    </w:tbl>
    <w:p>
      <w:pPr>
        <w:ind w:firstLine="440"/>
      </w:pPr>
      <w:r>
        <w:rPr>
          <w:sz w:val="22"/>
        </w:rPr>
        <w:t>说明：大学组每人 7 分钟、高中组每人 6 分钟（报幕 30s ＋ 上台 30s ＋ 颁奖 1min ＋ 家长合影 1.5min ＋ 感言 2min ＋ 过渡 30s）。</w:t>
      </w:r>
    </w:p>
    <w:p>
      <w:pPr>
        <w:ind w:left="400"/>
      </w:pPr>
      <w:r>
        <w:rPr>
          <w:b/>
          <w:color w:val="C00000"/>
          <w:sz w:val="21"/>
        </w:rPr>
        <w:t>⚠ 待定：具体开始时刻。（捐款名单、金额、家长姓名均已填入，无需再等）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三、奖学学者名单与颁奖安排（v3 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家长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叶紫好（女）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1500元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1500元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2000元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2000元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600元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600元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叶庆展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待定：🔴 七位学子的颁奖人（每人两位长辈，共14个名字）—— 唯一仍全空的关键项，明天到场前务必拿到。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大学组内部按奖学金低→高出场（1000→1500→1500→2000→2000），但台上只说「按学段来」，不解释金额逻辑。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r>
        <w:rPr>
          <w:sz w:val="26"/>
        </w:rPr>
        <w:t>· 叶紫好是女生，台上用「她」。</w:t>
      </w:r>
    </w:p>
    <w:p>
      <w:r>
        <w:rPr>
          <w:sz w:val="26"/>
        </w:rPr>
        <w:t>· ⚠ 叶西安与叶西金的家长是同一位——叶庆灵。第3位请他上台后，第6位要再请一次，语气要自然。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今天我们在此举行「鹅塘田心东由叶公祠助学基金会2026年奖学仪式」，隆重表彰2025至2026学年顺利完成高升本、初升高的七位优秀学子。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在开始之前，我想先说一句。我们这个祠堂能一年一年把这件事办下来，靠的不是哪一个人，是这些年来每一位宗亲的慷慨解囊。这份钱不算多，但它代表的是全村人对读书这件事的态度——只要你肯往上走，家里就一定托着你。</w:t>
      </w:r>
    </w:p>
    <w:p>
      <w:pPr>
        <w:spacing w:line="420" w:lineRule="auto"/>
        <w:ind w:firstLine="540"/>
      </w:pPr>
      <w:r>
        <w:rPr>
          <w:sz w:val="27"/>
        </w:rPr>
        <w:t>今天的安排我先交代一下：我们先表彰考上大学的五位，再表彰考上高中的两位，然后请明年要上考场的弟弟妹妹们上来说两句。中间会插两个小游戏，主角是台下的弟弟妹妹和各位爸爸妈妈，奖品是红包——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【第一项：宣读捐款名单】</w:t>
      </w:r>
    </w:p>
    <w:p>
      <w:r>
        <w:rPr>
          <w:sz w:val="23"/>
        </w:rPr>
        <w:t>本环节分两段念：先按房念派捐，再按人念乐捐。两段均已按金额从低到高排好，可直接照念。</w:t>
      </w:r>
    </w:p>
    <w:p>
      <w:pPr>
        <w:spacing w:line="420" w:lineRule="auto"/>
        <w:ind w:firstLine="540"/>
      </w:pPr>
      <w:r>
        <w:rPr>
          <w:sz w:val="27"/>
        </w:rPr>
        <w:t>大会第一项。</w:t>
      </w:r>
    </w:p>
    <w:p>
      <w:pPr>
        <w:spacing w:line="420" w:lineRule="auto"/>
        <w:ind w:firstLine="540"/>
      </w:pPr>
      <w:r>
        <w:rPr>
          <w:sz w:val="27"/>
        </w:rPr>
        <w:t>在念获奖学子的名字之前，我想先念另一份名单。</w:t>
      </w:r>
    </w:p>
    <w:p>
      <w:pPr>
        <w:spacing w:line="420" w:lineRule="auto"/>
        <w:ind w:firstLine="540"/>
      </w:pPr>
      <w:r>
        <w:rPr>
          <w:sz w:val="27"/>
        </w:rPr>
        <w:t>因为今天台上要发出去的每一分钱，都不是从天上掉下来的，是我们自己人一户一户、一个一个凑出来的。</w:t>
      </w:r>
    </w:p>
    <w:p>
      <w:r>
        <w:rPr>
          <w:sz w:val="24"/>
        </w:rPr>
        <w:t>—— 第一段：按人派捐（40元/人）——</w:t>
      </w:r>
    </w:p>
    <w:p>
      <w:pPr>
        <w:spacing w:line="420" w:lineRule="auto"/>
        <w:ind w:firstLine="540"/>
      </w:pPr>
      <w:r>
        <w:rPr>
          <w:sz w:val="27"/>
        </w:rPr>
        <w:t>今年我们各房按现有人口派捐，每人四十块。我按数目从少到多念一遍：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  <w:sz w:val="22"/>
              </w:rPr>
              <w:t>序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房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户数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人数</w:t>
            </w:r>
          </w:p>
        </w:tc>
        <w:tc>
          <w:tcPr>
            <w:tcW w:type="dxa" w:w="1949"/>
          </w:tcPr>
          <w:p>
            <w:r>
              <w:rPr>
                <w:b/>
                <w:sz w:val="22"/>
              </w:rPr>
              <w:t>金额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庆超房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23人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920元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西南房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7户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29人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1160元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庆桥房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8户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37人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1480元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西进房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9户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51人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2040元</w:t>
            </w:r>
          </w:p>
        </w:tc>
      </w:tr>
      <w:tr>
        <w:tc>
          <w:tcPr>
            <w:tcW w:type="dxa" w:w="1949"/>
          </w:tcPr>
          <w:p>
            <w:r>
              <w:rPr>
                <w:sz w:val="22"/>
              </w:rPr>
              <w:t>合计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4房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29户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140人</w:t>
            </w:r>
          </w:p>
        </w:tc>
        <w:tc>
          <w:tcPr>
            <w:tcW w:type="dxa" w:w="1949"/>
          </w:tcPr>
          <w:p>
            <w:r>
              <w:rPr>
                <w:sz w:val="22"/>
              </w:rPr>
              <w:t>5600元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四个房加起来，二十九户、一百四十人，一共五千六百块。</w:t>
      </w:r>
    </w:p>
    <w:p>
      <w:r>
        <w:rPr>
          <w:sz w:val="24"/>
        </w:rPr>
        <w:t>—— 第二段：个人乐捐 ——</w:t>
      </w:r>
    </w:p>
    <w:p>
      <w:pPr>
        <w:spacing w:line="420" w:lineRule="auto"/>
        <w:ind w:firstLine="540"/>
      </w:pPr>
      <w:r>
        <w:rPr>
          <w:sz w:val="27"/>
        </w:rPr>
        <w:t>除了按人派的，还有宗亲自己额外捐的。这一份我也从少到多念，念到名字的，请大家把掌声给他。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2"/>
              </w:rPr>
              <w:t>序</w:t>
            </w:r>
          </w:p>
        </w:tc>
        <w:tc>
          <w:tcPr>
            <w:tcW w:type="dxa" w:w="3248"/>
          </w:tcPr>
          <w:p>
            <w:r>
              <w:rPr>
                <w:b/>
                <w:sz w:val="22"/>
              </w:rPr>
              <w:t>姓名</w:t>
            </w:r>
          </w:p>
        </w:tc>
        <w:tc>
          <w:tcPr>
            <w:tcW w:type="dxa" w:w="3248"/>
          </w:tcPr>
          <w:p>
            <w:r>
              <w:rPr>
                <w:b/>
                <w:sz w:val="22"/>
              </w:rPr>
              <w:t>金额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胜发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庆武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210元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庆桥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俞佟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庆兵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成栋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西游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1000元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叶芝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1189元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庆书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2900元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庆超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3000元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庆通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3100元</w:t>
            </w:r>
          </w:p>
        </w:tc>
      </w:tr>
      <w:tr>
        <w:tc>
          <w:tcPr>
            <w:tcW w:type="dxa" w:w="3248"/>
          </w:tcPr>
          <w:p>
            <w:r>
              <w:rPr>
                <w:sz w:val="22"/>
              </w:rPr>
              <w:t>合计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11位</w:t>
            </w:r>
          </w:p>
        </w:tc>
        <w:tc>
          <w:tcPr>
            <w:tcW w:type="dxa" w:w="3248"/>
          </w:tcPr>
          <w:p>
            <w:r>
              <w:rPr>
                <w:sz w:val="22"/>
              </w:rPr>
              <w:t>12739元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十一位宗亲，一共一万两千七百三十九块。</w:t>
      </w:r>
    </w:p>
    <w:p>
      <w:pPr>
        <w:spacing w:line="420" w:lineRule="auto"/>
        <w:ind w:firstLine="540"/>
      </w:pPr>
      <w:r>
        <w:rPr>
          <w:sz w:val="27"/>
        </w:rPr>
        <w:t>派捐加上乐捐，今年一共是一万八千三百三十九块。</w:t>
      </w:r>
    </w:p>
    <w:p>
      <w:pPr>
        <w:spacing w:line="420" w:lineRule="auto"/>
        <w:ind w:firstLine="540"/>
      </w:pPr>
      <w:r>
        <w:rPr>
          <w:sz w:val="27"/>
        </w:rPr>
        <w:t>我知道这里面，有人捐的是一百块，有人捐的是三千块。但今天我想说一句实在话：在这件事上，没有大小之分。愿意为别人家的孩子读书掏钱，这份心是一样的。</w:t>
      </w:r>
    </w:p>
    <w:p>
      <w:pPr>
        <w:spacing w:line="420" w:lineRule="auto"/>
        <w:ind w:firstLine="540"/>
      </w:pPr>
      <w:r>
        <w:rPr>
          <w:sz w:val="27"/>
        </w:rPr>
        <w:t>而且我想提一句——这件事我们不是今年才办的。从2021年到今天，六年了，一共有四十三位宗亲捐过款，加起来七万六千多块。这里面有几位是年年都捐、一年都没落下的。</w:t>
      </w:r>
    </w:p>
    <w:p>
      <w:pPr>
        <w:spacing w:line="420" w:lineRule="auto"/>
        <w:ind w:firstLine="540"/>
      </w:pPr>
      <w:r>
        <w:rPr>
          <w:sz w:val="27"/>
        </w:rPr>
        <w:t>让我们把最热烈的掌声，送给所有捐过款的宗亲。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A：表彰大学组 前三位】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今年我们一共表彰七位学子，有的刚刚走出高考，有的刚刚走出中考。他们走的路不一样，要去的地方也不一样，但有一点是相同的——这一年里，他们都没有偷懒。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他们是在场所有弟弟妹妹、侄子侄女们的榜样。我们先从今年考上大学的五位开始。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位：叶紫好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百色职业学院走的是技能这条路。现在社会上最缺的，就是手上有真本事的人。把一门技术学到精，走到哪里都吃得开。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好的，各位请留步，也请紫好的家长叶庆科上台来，我们一起在台上合影留念。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好的，各位请留步，也请可欣的家长叶庆书上台来，我们一起在台上合影留念。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好的，各位请留步，也请西安的家长叶庆灵上台来，我们一起在台上合影留念。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位置：大学组前三位颁完之后。目的：让坐了半小时的小孩活动一下，把全场注意力拉回来。规则：主持人念一句描述，最先举手答对的得红包一个。前两题小学生优先。</w:t>
      </w:r>
    </w:p>
    <w:p>
      <w:pPr>
        <w:spacing w:line="420" w:lineRule="auto"/>
        <w:ind w:firstLine="540"/>
      </w:pPr>
      <w:r>
        <w:rPr>
          <w:sz w:val="27"/>
        </w:rPr>
        <w:t>还有四位没有颁，我们中间插一个小活动，大家休息一下。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这个游戏很简单，叫「猜成语」。我念一句话，你们猜是哪个成语，谁先举手谁先答。答对了有红包——不多，一块到十块，但抢到就是抢到。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我们接着回到颁奖——下面还有两位考上大学的学子。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后两位】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好的，各位请留步，也请昀的家长叶庆文上台来，我们一起在台上合影留念。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好的，各位请留步，也请西洹的家长叶庆通上台来，我们一起在台上合影留念。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（大学组五位表彰完毕后，接以下小结）</w:t>
      </w:r>
    </w:p>
    <w:p>
      <w:pPr>
        <w:spacing w:line="420" w:lineRule="auto"/>
        <w:ind w:firstLine="540"/>
      </w:pPr>
      <w:r>
        <w:rPr>
          <w:sz w:val="27"/>
        </w:rPr>
        <w:t>以上就是今年考上大学的五位学子。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天道酬勤。他们今天站在这里，靠的不是运气，是这三年里那些没有人看见的努力——那些早起的清晨，那些做不完的题，那些想放弃又坚持下来的晚上。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C：表彰高中组两位】</w:t>
      </w:r>
    </w:p>
    <w:p>
      <w:pPr>
        <w:spacing w:line="420" w:lineRule="auto"/>
        <w:ind w:firstLine="540"/>
      </w:pPr>
      <w:r>
        <w:rPr>
          <w:sz w:val="27"/>
        </w:rPr>
        <w:t>接下来，我们要表彰今年考上高中的两位。他们年纪最小，但站在这里的道理是一样的。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好的，各位请留步，也请西金的家长叶庆灵上台来，我们一起在台上合影留念。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好的，各位请留步，也请佳怡的家长叶庆展上台来，我们一起在台上合影留念。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★【过渡激励（约 2 分钟）· 本版新增】</w:t>
      </w:r>
    </w:p>
    <w:p>
      <w:r>
        <w:rPr>
          <w:sz w:val="23"/>
        </w:rPr>
        <w:t>位置：高中组颁完之后、应届生上台之前。用意：台下的弟弟妹妹刚刚亲眼看到——考上大学的哥哥姐姐，拿到的奖学金比考上高中的更多。趁这个印象还热，把话说明白。</w:t>
      </w:r>
    </w:p>
    <w:p>
      <w:pPr>
        <w:spacing w:line="420" w:lineRule="auto"/>
        <w:ind w:firstLine="540"/>
      </w:pPr>
      <w:r>
        <w:rPr>
          <w:sz w:val="27"/>
        </w:rPr>
        <w:t>刚才台上一共上来七个人。我想请台下的弟弟妹妹们注意一件事——</w:t>
      </w:r>
    </w:p>
    <w:p>
      <w:pPr>
        <w:spacing w:line="420" w:lineRule="auto"/>
        <w:ind w:firstLine="540"/>
      </w:pPr>
      <w:r>
        <w:rPr>
          <w:sz w:val="27"/>
        </w:rPr>
        <w:t>前面五位哥哥姐姐考上了大学，后面两位考上了高中。大家有没有发现，他们手上的红包，厚薄是不一样的？</w:t>
      </w:r>
    </w:p>
    <w:p>
      <w:pPr>
        <w:spacing w:line="420" w:lineRule="auto"/>
        <w:ind w:firstLine="540"/>
      </w:pPr>
      <w:r>
        <w:rPr>
          <w:sz w:val="27"/>
        </w:rPr>
        <w:t>这不是我们偏心。这是我们祠堂立的一个规矩：你走得越远，家里给你的就越多。</w:t>
      </w:r>
    </w:p>
    <w:p>
      <w:pPr>
        <w:spacing w:line="420" w:lineRule="auto"/>
        <w:ind w:firstLine="540"/>
      </w:pPr>
      <w:r>
        <w:rPr>
          <w:sz w:val="27"/>
        </w:rPr>
        <w:t>今年考上高中的两位，明年、后年、再后年，他们会站在同一个位置上，拿到比今天更厚的那一份。前提是——这三年他们得往上走。</w:t>
      </w:r>
    </w:p>
    <w:p>
      <w:pPr>
        <w:spacing w:line="420" w:lineRule="auto"/>
        <w:ind w:firstLine="540"/>
      </w:pPr>
      <w:r>
        <w:rPr>
          <w:sz w:val="27"/>
        </w:rPr>
        <w:t>所以我想跟台下每一个还在读书的弟弟妹妹说一句：今天你羡慕的这个位置，是留着给你的。它不看你家里有多少钱，不看你认识多少人，只看你自己愿不愿意下功夫。</w:t>
      </w:r>
    </w:p>
    <w:p>
      <w:pPr>
        <w:spacing w:line="420" w:lineRule="auto"/>
        <w:ind w:firstLine="540"/>
      </w:pPr>
      <w:r>
        <w:rPr>
          <w:sz w:val="27"/>
        </w:rPr>
        <w:t>明年这个时候，我希望上台的人比今年更多。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【第三项：2027届应届毕业生上台发言】</w:t>
      </w:r>
    </w:p>
    <w:p>
      <w:pPr>
        <w:ind w:left="400"/>
      </w:pPr>
      <w:r>
        <w:rPr>
          <w:b/>
          <w:color w:val="C00000"/>
          <w:sz w:val="21"/>
        </w:rPr>
        <w:t>⚠ 待定：2027届即将中考、高考的学子名单（姓名 ＋ 今年9月进入哪个学校哪个年级）。人数决定本环节时长。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表彰完今年的学子，我们也不能忘记明年就要走进考场的弟弟妹妹们。下面我念到名字的，请你们上台来。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接下来这一年会很辛苦。所以今天我不替你们讲，我想请你们自己讲两句——讲讲今天坐在下面看着哥哥姐姐领奖，心里是什么感觉；也讲讲这一年，你打算怎么拼。</w:t>
      </w:r>
    </w:p>
    <w:p>
      <w:pPr>
        <w:spacing w:line="420" w:lineRule="auto"/>
        <w:ind w:firstLine="540"/>
      </w:pPr>
      <w:r>
        <w:rPr>
          <w:sz w:val="27"/>
        </w:rPr>
        <w:t>不用讲长，两三句就够。我们从 ______ 开始。</w:t>
      </w:r>
    </w:p>
    <w:p>
      <w:pPr>
        <w:spacing w:line="420" w:lineRule="auto"/>
        <w:ind w:firstLine="540"/>
      </w:pPr>
      <w:r>
        <w:rPr>
          <w:sz w:val="27"/>
        </w:rPr>
        <w:t>感谢几位的发言。这些话今晚说出来了，明年就是要拿成绩来兑的。我们都记着。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分钟，可压缩到 2 轮）】</w:t>
      </w:r>
    </w:p>
    <w:p>
      <w:r>
        <w:rPr>
          <w:sz w:val="23"/>
        </w:rPr>
        <w:t>位置：应届生发言之后、合影之前。规则：家长与自己的孩子组队，家长台上表演、孩子台下猜，全程不许说话。猜对得红包。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游戏叫「你演我猜」：请一位家长上来表演，他的孩子在台下猜。说明一下——表演的人全程不能说话，一个字都不能说，只能靠动作。猜对了，红包归你们家。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r>
        <w:rPr>
          <w:sz w:val="22"/>
        </w:rPr>
        <w:t>备用成语题（任一环节救场用）：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r>
        <w:rPr>
          <w:sz w:val="22"/>
        </w:rPr>
        <w:t>备用游戏「默契大考验」（时间还有余时用）：主持人问孩子，孩子先答，再问家长「他答对了吗」。答对得红包。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r>
        <w:br w:type="page"/>
      </w:r>
    </w:p>
    <w:p>
      <w:r>
        <w:rPr>
          <w:sz w:val="23"/>
        </w:rPr>
        <w:t>⚠ 提醒：叶庆灵是叶西安（第3位）和叶西金（第6位）两个孩子的家长，全场要上台两次。第二次请他上台时可以自然地说一句：「庆灵叔今晚要上来两趟，一家两个都考上了，这是好事。」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今天这场仪式，从头到尾一个多小时，表彰了七个孩子。但我想说，它真正说的不是这七个孩子的事。</w:t>
      </w:r>
    </w:p>
    <w:p>
      <w:pPr>
        <w:spacing w:line="420" w:lineRule="auto"/>
        <w:ind w:firstLine="540"/>
      </w:pPr>
      <w:r>
        <w:rPr>
          <w:sz w:val="27"/>
        </w:rPr>
        <w:t>它说的是——我们这个家族，认读书这件事。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我们这个村子不富，很多人家的钱是从土里、从工地上、从外面打工挣回来的。但这些钱里面，年年都有一部分被拿出来，给别人家的孩子读书。这件事办了这么多年，从来没断过。我觉得这比今天台上任何一张奖状都重。</w:t>
      </w:r>
    </w:p>
    <w:p>
      <w:pPr>
        <w:spacing w:line="420" w:lineRule="auto"/>
        <w:ind w:firstLine="540"/>
      </w:pPr>
      <w:r>
        <w:rPr>
          <w:sz w:val="27"/>
        </w:rPr>
        <w:t>所以我想请七位获奖的学子，还有你们的家长，跟我一起，向今天在座的所有宗亲、所有长辈，鞠一个躬。</w:t>
      </w:r>
    </w:p>
    <w:p>
      <w:pPr>
        <w:spacing w:line="420" w:lineRule="auto"/>
        <w:ind w:firstLine="540"/>
      </w:pPr>
      <w:r>
        <w:rPr>
          <w:sz w:val="27"/>
        </w:rPr>
        <w:t>谢谢大家。</w:t>
      </w:r>
    </w:p>
    <w:p>
      <w:pPr>
        <w:spacing w:line="420" w:lineRule="auto"/>
        <w:ind w:firstLine="540"/>
      </w:pPr>
      <w:r>
        <w:rPr>
          <w:sz w:val="27"/>
        </w:rPr>
        <w:t>最后我想对七位学子说几句。中考、高考的结束，不是学习的结束。你们即将走进的高中和大学，是一个全新的起点。忘掉今天的掌声，记住最初那个想法，脚踏实地往前走。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