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F3364"/>
          <w:sz w:val="32"/>
        </w:rPr>
        <w:t>2027推免·各校预报名系统入口总表（叶西佳）</w:t>
      </w:r>
    </w:p>
    <w:p>
      <w:r>
        <w:t>整理时间 2026-09-09｜以各校官网最新通知为准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b/>
              </w:rPr>
              <w:t>状态/优先级</w:t>
            </w:r>
          </w:p>
        </w:tc>
        <w:tc>
          <w:tcPr>
            <w:tcW w:type="dxa" w:w="1728"/>
          </w:tcPr>
          <w:p>
            <w:r>
              <w:rPr>
                <w:b/>
              </w:rPr>
              <w:t>学校</w:t>
            </w:r>
          </w:p>
        </w:tc>
        <w:tc>
          <w:tcPr>
            <w:tcW w:type="dxa" w:w="1728"/>
          </w:tcPr>
          <w:p>
            <w:r>
              <w:rPr>
                <w:b/>
              </w:rPr>
              <w:t>系统入口</w:t>
            </w:r>
          </w:p>
        </w:tc>
        <w:tc>
          <w:tcPr>
            <w:tcW w:type="dxa" w:w="1728"/>
          </w:tcPr>
          <w:p>
            <w:r>
              <w:rPr>
                <w:b/>
              </w:rPr>
              <w:t>截止</w:t>
            </w:r>
          </w:p>
        </w:tc>
        <w:tc>
          <w:tcPr>
            <w:tcW w:type="dxa" w:w="1728"/>
          </w:tcPr>
          <w:p>
            <w:r>
              <w:rPr>
                <w:b/>
              </w:rPr>
              <w:t>备注</w:t>
            </w:r>
          </w:p>
        </w:tc>
      </w:tr>
      <w:tr>
        <w:tc>
          <w:tcPr>
            <w:tcW w:type="dxa" w:w="1728"/>
          </w:tcPr>
          <w:p>
            <w:r>
              <w:t>⭐最终录取系统</w:t>
            </w:r>
          </w:p>
        </w:tc>
        <w:tc>
          <w:tcPr>
            <w:tcW w:type="dxa" w:w="1728"/>
          </w:tcPr>
          <w:p>
            <w:r>
              <w:t>教育部推免服务系统</w:t>
            </w:r>
          </w:p>
        </w:tc>
        <w:tc>
          <w:tcPr>
            <w:tcW w:type="dxa" w:w="1728"/>
          </w:tcPr>
          <w:p>
            <w:r>
              <w:t>https://yz.chsi.com.cn/tm/</w:t>
            </w:r>
          </w:p>
        </w:tc>
        <w:tc>
          <w:tcPr>
            <w:tcW w:type="dxa" w:w="1728"/>
          </w:tcPr>
          <w:p>
            <w:r>
              <w:t>预计9/21 9:00开放</w:t>
            </w:r>
          </w:p>
        </w:tc>
        <w:tc>
          <w:tcPr>
            <w:tcW w:type="dxa" w:w="1728"/>
          </w:tcPr>
          <w:p>
            <w:r>
              <w:t>一锤定音：填3志愿→复试通知→待录取接受。所有预offer以此为准</w:t>
            </w:r>
          </w:p>
        </w:tc>
      </w:tr>
      <w:tr>
        <w:tc>
          <w:tcPr>
            <w:tcW w:type="dxa" w:w="1728"/>
          </w:tcPr>
          <w:p>
            <w:r>
              <w:t>🔴今天必做</w:t>
            </w:r>
          </w:p>
        </w:tc>
        <w:tc>
          <w:tcPr>
            <w:tcW w:type="dxa" w:w="1728"/>
          </w:tcPr>
          <w:p>
            <w:r>
              <w:t>北邮（计算机/网安院加志愿）</w:t>
            </w:r>
          </w:p>
        </w:tc>
        <w:tc>
          <w:tcPr>
            <w:tcW w:type="dxa" w:w="1728"/>
          </w:tcPr>
          <w:p>
            <w:r>
              <w:t>https://yzfs.bupt.edu.cn/MasterTm/Signin.aspx</w:t>
            </w:r>
          </w:p>
        </w:tc>
        <w:tc>
          <w:tcPr>
            <w:tcW w:type="dxa" w:w="1728"/>
          </w:tcPr>
          <w:p>
            <w:r>
              <w:t>9/10 17:00截止</w:t>
            </w:r>
          </w:p>
        </w:tc>
        <w:tc>
          <w:tcPr>
            <w:tcW w:type="dxa" w:w="1728"/>
          </w:tcPr>
          <w:p>
            <w:r>
              <w:t>已报AI学院陈光并过审；加计算机/网安院志愿，套磁7封已备</w:t>
            </w:r>
          </w:p>
        </w:tc>
      </w:tr>
      <w:tr>
        <w:tc>
          <w:tcPr>
            <w:tcW w:type="dxa" w:w="1728"/>
          </w:tcPr>
          <w:p>
            <w:r>
              <w:t>🟠窗口开</w:t>
            </w:r>
          </w:p>
        </w:tc>
        <w:tc>
          <w:tcPr>
            <w:tcW w:type="dxa" w:w="1728"/>
          </w:tcPr>
          <w:p>
            <w:r>
              <w:t>深圳大学 计算机与软件学院</w:t>
            </w:r>
          </w:p>
        </w:tc>
        <w:tc>
          <w:tcPr>
            <w:tcW w:type="dxa" w:w="1728"/>
          </w:tcPr>
          <w:p>
            <w:r>
              <w:t>https://yz.szu.edu.cn/info/1041/15136.htm（内点预报名系统）</w:t>
            </w:r>
          </w:p>
        </w:tc>
        <w:tc>
          <w:tcPr>
            <w:tcW w:type="dxa" w:w="1728"/>
          </w:tcPr>
          <w:p>
            <w:r>
              <w:t>9/14截止</w:t>
            </w:r>
          </w:p>
        </w:tc>
        <w:tc>
          <w:tcPr>
            <w:tcW w:type="dxa" w:w="1728"/>
          </w:tcPr>
          <w:p>
            <w:r>
              <w:t>导师：林秋镇(AI安全/RL)、王祎乐(NLP/LLM)、廖好(大模型Agent)；VCC图形学不报</w:t>
            </w:r>
          </w:p>
        </w:tc>
      </w:tr>
      <w:tr>
        <w:tc>
          <w:tcPr>
            <w:tcW w:type="dxa" w:w="1728"/>
          </w:tcPr>
          <w:p>
            <w:r>
              <w:t>🟡可冲</w:t>
            </w:r>
          </w:p>
        </w:tc>
        <w:tc>
          <w:tcPr>
            <w:tcW w:type="dxa" w:w="1728"/>
          </w:tcPr>
          <w:p>
            <w:r>
              <w:t>上海科技大学 信息学院</w:t>
            </w:r>
          </w:p>
        </w:tc>
        <w:tc>
          <w:tcPr>
            <w:tcW w:type="dxa" w:w="1728"/>
          </w:tcPr>
          <w:p>
            <w:r>
              <w:t>https://gadmission.shanghaitech.edu.cn/enroll_student/</w:t>
            </w:r>
          </w:p>
        </w:tc>
        <w:tc>
          <w:tcPr>
            <w:tcW w:type="dxa" w:w="1728"/>
          </w:tcPr>
          <w:p>
            <w:r>
              <w:t>9/17截止</w:t>
            </w:r>
          </w:p>
        </w:tc>
        <w:tc>
          <w:tcPr>
            <w:tcW w:type="dxa" w:w="1728"/>
          </w:tcPr>
          <w:p>
            <w:r>
              <w:t>学硕需选3位意向导师；专硕按方向填不选导师；学硕专硕二选一</w:t>
            </w:r>
          </w:p>
        </w:tc>
      </w:tr>
      <w:tr>
        <w:tc>
          <w:tcPr>
            <w:tcW w:type="dxa" w:w="1728"/>
          </w:tcPr>
          <w:p>
            <w:r>
              <w:t>🟠很紧</w:t>
            </w:r>
          </w:p>
        </w:tc>
        <w:tc>
          <w:tcPr>
            <w:tcW w:type="dxa" w:w="1728"/>
          </w:tcPr>
          <w:p>
            <w:r>
              <w:t>北京交通大学 计算机学院</w:t>
            </w:r>
          </w:p>
        </w:tc>
        <w:tc>
          <w:tcPr>
            <w:tcW w:type="dxa" w:w="1728"/>
          </w:tcPr>
          <w:p>
            <w:r>
              <w:t>https://gsadmission.bjtu.edu.cn/recommend/signin/</w:t>
            </w:r>
          </w:p>
        </w:tc>
        <w:tc>
          <w:tcPr>
            <w:tcW w:type="dxa" w:w="1728"/>
          </w:tcPr>
          <w:p>
            <w:r>
              <w:t>9/8-9/11 23:59</w:t>
            </w:r>
          </w:p>
        </w:tc>
        <w:tc>
          <w:tcPr>
            <w:tcW w:type="dxa" w:w="1728"/>
          </w:tcPr>
          <w:p>
            <w:r>
              <w:t>9/11 12:00前须过导师组考核；9/17本人到北京机试；导师在线 aa.bjtu.edu.cn/discipline/tutor_show/?college=02</w:t>
            </w:r>
          </w:p>
        </w:tc>
      </w:tr>
      <w:tr>
        <w:tc>
          <w:tcPr>
            <w:tcW w:type="dxa" w:w="1728"/>
          </w:tcPr>
          <w:p>
            <w:r>
              <w:t>⚪已报待审</w:t>
            </w:r>
          </w:p>
        </w:tc>
        <w:tc>
          <w:tcPr>
            <w:tcW w:type="dxa" w:w="1728"/>
          </w:tcPr>
          <w:p>
            <w:r>
              <w:t>同济大学 计算机(170)</w:t>
            </w:r>
          </w:p>
        </w:tc>
        <w:tc>
          <w:tcPr>
            <w:tcW w:type="dxa" w:w="1728"/>
          </w:tcPr>
          <w:p>
            <w:r>
              <w:t>https://yz.tongji.edu.cn/（研究生报考服务系统）</w:t>
            </w:r>
          </w:p>
        </w:tc>
        <w:tc>
          <w:tcPr>
            <w:tcW w:type="dxa" w:w="1728"/>
          </w:tcPr>
          <w:p>
            <w:r>
              <w:t>预报名8/24已截止</w:t>
            </w:r>
          </w:p>
        </w:tc>
        <w:tc>
          <w:tcPr>
            <w:tcW w:type="dxa" w:w="1728"/>
          </w:tcPr>
          <w:p>
            <w:r>
              <w:t>报名号20273329726，专项误选待研招办处理；等审核/正式系统</w:t>
            </w:r>
          </w:p>
        </w:tc>
      </w:tr>
      <w:tr>
        <w:tc>
          <w:tcPr>
            <w:tcW w:type="dxa" w:w="1728"/>
          </w:tcPr>
          <w:p>
            <w:r>
              <w:t>⚪已报</w:t>
            </w:r>
          </w:p>
        </w:tc>
        <w:tc>
          <w:tcPr>
            <w:tcW w:type="dxa" w:w="1728"/>
          </w:tcPr>
          <w:p>
            <w:r>
              <w:t>北京科技大学</w:t>
            </w:r>
          </w:p>
        </w:tc>
        <w:tc>
          <w:tcPr>
            <w:tcW w:type="dxa" w:w="1728"/>
          </w:tcPr>
          <w:p>
            <w:r>
              <w:t>https://yzxc.ustb.edu.cn/（研究生招生管理信息系统）</w:t>
            </w:r>
          </w:p>
        </w:tc>
        <w:tc>
          <w:tcPr>
            <w:tcW w:type="dxa" w:w="1728"/>
          </w:tcPr>
          <w:p>
            <w:r>
              <w:t>部分院9/10、9/15</w:t>
            </w:r>
          </w:p>
        </w:tc>
        <w:tc>
          <w:tcPr>
            <w:tcW w:type="dxa" w:w="1728"/>
          </w:tcPr>
          <w:p>
            <w:r>
              <w:t>已报名，确认自述材料是否传成功</w:t>
            </w:r>
          </w:p>
        </w:tc>
      </w:tr>
      <w:tr>
        <w:tc>
          <w:tcPr>
            <w:tcW w:type="dxa" w:w="1728"/>
          </w:tcPr>
          <w:p>
            <w:r>
              <w:t>⚪套磁中</w:t>
            </w:r>
          </w:p>
        </w:tc>
        <w:tc>
          <w:tcPr>
            <w:tcW w:type="dxa" w:w="1728"/>
          </w:tcPr>
          <w:p>
            <w:r>
              <w:t>西安电子科技大学 人工智能学院</w:t>
            </w:r>
          </w:p>
        </w:tc>
        <w:tc>
          <w:tcPr>
            <w:tcW w:type="dxa" w:w="1728"/>
          </w:tcPr>
          <w:p>
            <w:r>
              <w:t>https://gr.xidian.edu.cn/</w:t>
            </w:r>
          </w:p>
        </w:tc>
        <w:tc>
          <w:tcPr>
            <w:tcW w:type="dxa" w:w="1728"/>
          </w:tcPr>
          <w:p>
            <w:r>
              <w:t>9/18截止</w:t>
            </w:r>
          </w:p>
        </w:tc>
        <w:tc>
          <w:tcPr>
            <w:tcW w:type="dxa" w:w="1728"/>
          </w:tcPr>
          <w:p>
            <w:r>
              <w:t>吴建授教授为主；吴凯备选；王超9/2已发未回</w:t>
            </w:r>
          </w:p>
        </w:tc>
      </w:tr>
      <w:tr>
        <w:tc>
          <w:tcPr>
            <w:tcW w:type="dxa" w:w="1728"/>
          </w:tcPr>
          <w:p>
            <w:r>
              <w:t>⚪待开放</w:t>
            </w:r>
          </w:p>
        </w:tc>
        <w:tc>
          <w:tcPr>
            <w:tcW w:type="dxa" w:w="1728"/>
          </w:tcPr>
          <w:p>
            <w:r>
              <w:t>上海大学</w:t>
            </w:r>
          </w:p>
        </w:tc>
        <w:tc>
          <w:tcPr>
            <w:tcW w:type="dxa" w:w="1728"/>
          </w:tcPr>
          <w:p>
            <w:r>
              <w:t>https://apply.shu.edu.cn/ ；通知 cs.shu.edu.cn/xxgk/tzgg.htm</w:t>
            </w:r>
          </w:p>
        </w:tc>
        <w:tc>
          <w:tcPr>
            <w:tcW w:type="dxa" w:w="1728"/>
          </w:tcPr>
          <w:p>
            <w:r>
              <w:t>约9月中</w:t>
            </w:r>
          </w:p>
        </w:tc>
        <w:tc>
          <w:tcPr>
            <w:tcW w:type="dxa" w:w="1728"/>
          </w:tcPr>
          <w:p>
            <w:r>
              <w:t>程彭洲老师线索，计信院通知~9/15关注</w:t>
            </w:r>
          </w:p>
        </w:tc>
      </w:tr>
      <w:tr>
        <w:tc>
          <w:tcPr>
            <w:tcW w:type="dxa" w:w="1728"/>
          </w:tcPr>
          <w:p>
            <w:r>
              <w:t>❌已截止</w:t>
            </w:r>
          </w:p>
        </w:tc>
        <w:tc>
          <w:tcPr>
            <w:tcW w:type="dxa" w:w="1728"/>
          </w:tcPr>
          <w:p>
            <w:r>
              <w:t>南京邮电大学</w:t>
            </w:r>
          </w:p>
        </w:tc>
        <w:tc>
          <w:tcPr>
            <w:tcW w:type="dxa" w:w="1728"/>
          </w:tcPr>
          <w:p>
            <w:r>
              <w:t>https://yzb.njupt.edu.cn/</w:t>
            </w:r>
          </w:p>
        </w:tc>
        <w:tc>
          <w:tcPr>
            <w:tcW w:type="dxa" w:w="1728"/>
          </w:tcPr>
          <w:p>
            <w:r>
              <w:t>预报名9/1已截止</w:t>
            </w:r>
          </w:p>
        </w:tc>
        <w:tc>
          <w:tcPr>
            <w:tcW w:type="dxa" w:w="1728"/>
          </w:tcPr>
          <w:p>
            <w:r>
              <w:t>等9/21正式系统看剩余名额</w:t>
            </w:r>
          </w:p>
        </w:tc>
      </w:tr>
      <w:tr>
        <w:tc>
          <w:tcPr>
            <w:tcW w:type="dxa" w:w="1728"/>
          </w:tcPr>
          <w:p>
            <w:r>
              <w:t>❌已截止</w:t>
            </w:r>
          </w:p>
        </w:tc>
        <w:tc>
          <w:tcPr>
            <w:tcW w:type="dxa" w:w="1728"/>
          </w:tcPr>
          <w:p>
            <w:r>
              <w:t>哈工大本部/深圳</w:t>
            </w:r>
          </w:p>
        </w:tc>
        <w:tc>
          <w:tcPr>
            <w:tcW w:type="dxa" w:w="1728"/>
          </w:tcPr>
          <w:p>
            <w:r>
              <w:t>yzb.hit.edu.cn</w:t>
            </w:r>
          </w:p>
        </w:tc>
        <w:tc>
          <w:tcPr>
            <w:tcW w:type="dxa" w:w="1728"/>
          </w:tcPr>
          <w:p>
            <w:r>
              <w:t>本部8/28、深圳9/8均截止</w:t>
            </w:r>
          </w:p>
        </w:tc>
        <w:tc>
          <w:tcPr>
            <w:tcW w:type="dxa" w:w="1728"/>
          </w:tcPr>
          <w:p>
            <w:r>
              <w:t>正式系统捡漏，不做主力</w:t>
            </w:r>
          </w:p>
        </w:tc>
      </w:tr>
      <w:tr>
        <w:tc>
          <w:tcPr>
            <w:tcW w:type="dxa" w:w="1728"/>
          </w:tcPr>
          <w:p>
            <w:r>
              <w:t>❌多院关</w:t>
            </w:r>
          </w:p>
        </w:tc>
        <w:tc>
          <w:tcPr>
            <w:tcW w:type="dxa" w:w="1728"/>
          </w:tcPr>
          <w:p>
            <w:r>
              <w:t>电子科技大学</w:t>
            </w:r>
          </w:p>
        </w:tc>
        <w:tc>
          <w:tcPr>
            <w:tcW w:type="dxa" w:w="1728"/>
          </w:tcPr>
          <w:p>
            <w:r>
              <w:t>https://yz.uestc.edu.cn/info/1081/5576.htm</w:t>
            </w:r>
          </w:p>
        </w:tc>
        <w:tc>
          <w:tcPr>
            <w:tcW w:type="dxa" w:w="1728"/>
          </w:tcPr>
          <w:p>
            <w:r>
              <w:t>多数院已关</w:t>
            </w:r>
          </w:p>
        </w:tc>
        <w:tc>
          <w:tcPr>
            <w:tcW w:type="dxa" w:w="1728"/>
          </w:tcPr>
          <w:p>
            <w:r>
              <w:t>可逐院碰运气，或9/21捡漏</w:t>
            </w:r>
          </w:p>
        </w:tc>
      </w:tr>
      <w:tr>
        <w:tc>
          <w:tcPr>
            <w:tcW w:type="dxa" w:w="1728"/>
          </w:tcPr>
          <w:p>
            <w:r>
              <w:t>❌放弃</w:t>
            </w:r>
          </w:p>
        </w:tc>
        <w:tc>
          <w:tcPr>
            <w:tcW w:type="dxa" w:w="1728"/>
          </w:tcPr>
          <w:p>
            <w:r>
              <w:t>南京理工大学</w:t>
            </w:r>
          </w:p>
        </w:tc>
        <w:tc>
          <w:tcPr>
            <w:tcW w:type="dxa" w:w="1728"/>
          </w:tcPr>
          <w:p>
            <w:r>
              <w:t>—</w:t>
            </w:r>
          </w:p>
        </w:tc>
        <w:tc>
          <w:tcPr>
            <w:tcW w:type="dxa" w:w="1728"/>
          </w:tcPr>
          <w:p>
            <w:r>
              <w:t>已错过</w:t>
            </w:r>
          </w:p>
        </w:tc>
        <w:tc>
          <w:tcPr>
            <w:tcW w:type="dxa" w:w="1728"/>
          </w:tcPr>
          <w:p>
            <w:r>
              <w:t>不投入精力</w:t>
            </w:r>
          </w:p>
        </w:tc>
      </w:tr>
    </w:tbl>
    <w:p/>
    <w:p>
      <w:r>
        <w:rPr>
          <w:b/>
          <w:sz w:val="26"/>
        </w:rPr>
        <w:t>行动顺序</w:t>
      </w:r>
    </w:p>
    <w:p>
      <w:r>
        <w:t>1. 今天：教务处开成绩单+排名证明（2/96，教务章，多开几份+彩色扫描转PDF/图片）</w:t>
      </w:r>
    </w:p>
    <w:p>
      <w:r>
        <w:t>2. 今天-明天17:00：北邮系统加计算机/网安院志愿（最急）</w:t>
      </w:r>
    </w:p>
    <w:p>
      <w:r>
        <w:t>3. 9/11前决定北交（要跑北京机试，值不值）</w:t>
      </w:r>
    </w:p>
    <w:p>
      <w:r>
        <w:t>4. 9/14前深大系统+套磁；9/17前上科大（选3导师，可帮筛）</w:t>
      </w:r>
    </w:p>
    <w:p>
      <w:r>
        <w:t>5. 已截止的哈工大/电子科大/南邮不纠结，9/21正式系统捡漏</w:t>
      </w:r>
    </w:p>
    <w:p>
      <w:r>
        <w:t>6. 9/21教育部系统开放，3个志愿填最想去且已沟通好的；待录取点接受=定局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