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F4E79"/>
          <w:sz w:val="48"/>
        </w:rPr>
        <w:t>Linux 用户与用户组管理学习手册</w:t>
      </w:r>
    </w:p>
    <w:p>
      <w:pPr>
        <w:jc w:val="center"/>
      </w:pPr>
      <w:r>
        <w:rPr>
          <w:rFonts w:ascii="微软雅黑" w:hAnsi="微软雅黑" w:eastAsia="微软雅黑"/>
          <w:color w:val="595959"/>
          <w:sz w:val="24"/>
        </w:rPr>
        <w:t>概念 · 命令 · 动手实验 · 安全红线</w:t>
      </w:r>
    </w:p>
    <w:p>
      <w:pPr>
        <w:jc w:val="center"/>
      </w:pPr>
      <w:r>
        <w:rPr>
          <w:rFonts w:ascii="微软雅黑" w:hAnsi="微软雅黑" w:eastAsia="微软雅黑"/>
          <w:color w:val="595959"/>
          <w:sz w:val="20"/>
        </w:rPr>
        <w:t>小小叶 🍃 为 Deshill 整理 · 2026-09-29 · 建议在香橙派上练习</w:t>
      </w:r>
    </w:p>
    <w:p/>
    <w:p>
      <w:pPr>
        <w:pStyle w:val="Heading1"/>
      </w:pPr>
      <w:r>
        <w:rPr>
          <w:rFonts w:ascii="微软雅黑" w:hAnsi="微软雅黑" w:eastAsia="微软雅黑"/>
          <w:color w:val="1F4E79"/>
          <w:sz w:val="34"/>
        </w:rPr>
        <w:t>一、三个核心文件</w:t>
      </w:r>
    </w:p>
    <w:p>
      <w:r>
        <w:rPr>
          <w:rFonts w:ascii="微软雅黑" w:hAnsi="微软雅黑" w:eastAsia="微软雅黑"/>
          <w:b w:val="0"/>
          <w:sz w:val="22"/>
        </w:rPr>
        <w:t>Linux 的用户和组信息，本质上就是几个纯文本配置文件：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b/>
              </w:rPr>
              <w:t>文件路径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b/>
              </w:rPr>
              <w:t>存放内容</w:t>
            </w:r>
          </w:p>
        </w:tc>
      </w:tr>
      <w:tr>
        <w:tc>
          <w:tcPr>
            <w:tcW w:type="dxa" w:w="4320"/>
          </w:tcPr>
          <w:p>
            <w:r>
              <w:rPr>
                <w:rFonts w:ascii="Consolas" w:hAnsi="Consolas" w:eastAsia="Consolas"/>
                <w:sz w:val="20"/>
              </w:rPr>
              <w:t>/etc/passwd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20"/>
              </w:rPr>
              <w:t>用户账户信息：用户名、UID、GID、家目录、默认 Shell</w:t>
            </w:r>
          </w:p>
        </w:tc>
      </w:tr>
      <w:tr>
        <w:tc>
          <w:tcPr>
            <w:tcW w:type="dxa" w:w="4320"/>
          </w:tcPr>
          <w:p>
            <w:r>
              <w:rPr>
                <w:rFonts w:ascii="Consolas" w:hAnsi="Consolas" w:eastAsia="Consolas"/>
                <w:sz w:val="20"/>
              </w:rPr>
              <w:t>/etc/shadow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20"/>
              </w:rPr>
              <w:t>用户密码哈希（仅 root 可读）</w:t>
            </w:r>
          </w:p>
        </w:tc>
      </w:tr>
      <w:tr>
        <w:tc>
          <w:tcPr>
            <w:tcW w:type="dxa" w:w="4320"/>
          </w:tcPr>
          <w:p>
            <w:r>
              <w:rPr>
                <w:rFonts w:ascii="Consolas" w:hAnsi="Consolas" w:eastAsia="Consolas"/>
                <w:sz w:val="20"/>
              </w:rPr>
              <w:t>/etc/group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20"/>
              </w:rPr>
              <w:t>用户组信息：组名、GID、组成员</w:t>
            </w:r>
          </w:p>
        </w:tc>
      </w:tr>
    </w:tbl>
    <w:p>
      <w:r>
        <w:rPr>
          <w:rFonts w:ascii="微软雅黑" w:hAnsi="微软雅黑" w:eastAsia="微软雅黑"/>
          <w:b/>
          <w:sz w:val="22"/>
        </w:rPr>
        <w:t>查看命令：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cat /etc/passwd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cat /etc/group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cat /etc/shadow</w:t>
      </w:r>
    </w:p>
    <w:p/>
    <w:p>
      <w:r>
        <w:rPr>
          <w:rFonts w:ascii="微软雅黑" w:hAnsi="微软雅黑" w:eastAsia="微软雅黑"/>
          <w:b w:val="0"/>
          <w:sz w:val="22"/>
        </w:rPr>
        <w:t>/etc/passwd 一行的结构：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mind:x:1000:1000:Mind:/home/mind:/bin/bash</w:t>
      </w:r>
    </w:p>
    <w:p>
      <w:r>
        <w:rPr>
          <w:rFonts w:ascii="微软雅黑" w:hAnsi="微软雅黑" w:eastAsia="微软雅黑"/>
          <w:b w:val="0"/>
          <w:color w:val="595959"/>
          <w:sz w:val="20"/>
        </w:rPr>
        <w:t>依次为：用户名、密码占位符 x、UID、GID、备注、家目录、默认 Shell。</w:t>
      </w:r>
    </w:p>
    <w:p>
      <w:pPr>
        <w:pStyle w:val="Heading2"/>
      </w:pPr>
      <w:r>
        <w:rPr>
          <w:rFonts w:ascii="微软雅黑" w:hAnsi="微软雅黑" w:eastAsia="微软雅黑"/>
          <w:color w:val="1F4E79"/>
          <w:sz w:val="27"/>
        </w:rPr>
        <w:t>两个关键编号</w:t>
      </w:r>
    </w:p>
    <w:p>
      <w:pPr>
        <w:pStyle w:val="ListBullet"/>
      </w:pPr>
      <w:r>
        <w:rPr>
          <w:rFonts w:ascii="微软雅黑" w:hAnsi="微软雅黑" w:eastAsia="微软雅黑"/>
          <w:b/>
        </w:rPr>
        <w:t>UID：</w:t>
      </w:r>
      <w:r>
        <w:rPr>
          <w:rFonts w:ascii="微软雅黑" w:hAnsi="微软雅黑" w:eastAsia="微软雅黑"/>
        </w:rPr>
        <w:t>用户的数字编号。0 = root（超级管理员），普通用户一般从 1000 开始。</w:t>
      </w:r>
    </w:p>
    <w:p>
      <w:pPr>
        <w:pStyle w:val="ListBullet"/>
      </w:pPr>
      <w:r>
        <w:rPr>
          <w:rFonts w:ascii="微软雅黑" w:hAnsi="微软雅黑" w:eastAsia="微软雅黑"/>
          <w:b/>
        </w:rPr>
        <w:t>GID：</w:t>
      </w:r>
      <w:r>
        <w:rPr>
          <w:rFonts w:ascii="微软雅黑" w:hAnsi="微软雅黑" w:eastAsia="微软雅黑"/>
        </w:rPr>
        <w:t>用户组的数字编号。系统实际识别的是 UID/GID 数字，用户名只是给人看的。</w:t>
      </w:r>
    </w:p>
    <w:p>
      <w:pPr>
        <w:pStyle w:val="Heading1"/>
      </w:pPr>
      <w:r>
        <w:rPr>
          <w:rFonts w:ascii="微软雅黑" w:hAnsi="微软雅黑" w:eastAsia="微软雅黑"/>
          <w:color w:val="1F4E79"/>
          <w:sz w:val="34"/>
        </w:rPr>
        <w:t>二、用户管理命令</w:t>
      </w:r>
    </w:p>
    <w:p>
      <w:pPr>
        <w:pStyle w:val="Heading2"/>
      </w:pPr>
      <w:r>
        <w:rPr>
          <w:rFonts w:ascii="微软雅黑" w:hAnsi="微软雅黑" w:eastAsia="微软雅黑"/>
          <w:color w:val="1F4E79"/>
          <w:sz w:val="27"/>
        </w:rPr>
        <w:t>1. 创建用户</w:t>
      </w:r>
    </w:p>
    <w:p>
      <w:r>
        <w:rPr>
          <w:rFonts w:ascii="微软雅黑" w:hAnsi="微软雅黑" w:eastAsia="微软雅黑"/>
          <w:b w:val="0"/>
          <w:sz w:val="22"/>
        </w:rPr>
        <w:t>Ubuntu / Debian 推荐交互式的 adduser（自动建家目录、引导设密码）：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adduser testuser</w:t>
      </w:r>
    </w:p>
    <w:p>
      <w:r>
        <w:rPr>
          <w:rFonts w:ascii="微软雅黑" w:hAnsi="微软雅黑" w:eastAsia="微软雅黑"/>
          <w:b w:val="0"/>
          <w:sz w:val="22"/>
        </w:rPr>
        <w:t>通用底层命令 useradd（默认不建家目录，需手动加参数）：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useradd -m -s /bin/bash testuser2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# -m 建家目录，-s 指定默认 Shell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passwd testuser2     # 再设置密码</w:t>
      </w:r>
    </w:p>
    <w:p>
      <w:pPr>
        <w:pStyle w:val="Heading2"/>
      </w:pPr>
      <w:r>
        <w:rPr>
          <w:rFonts w:ascii="微软雅黑" w:hAnsi="微软雅黑" w:eastAsia="微软雅黑"/>
          <w:color w:val="1F4E79"/>
          <w:sz w:val="27"/>
        </w:rPr>
        <w:t>2. 设置 / 修改密码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passwd testuser      # root 给别人改密码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passwd                    # 修改自己的密码（无需 sudo）</w:t>
      </w:r>
    </w:p>
    <w:p>
      <w:pPr>
        <w:pStyle w:val="Heading2"/>
      </w:pPr>
      <w:r>
        <w:rPr>
          <w:rFonts w:ascii="微软雅黑" w:hAnsi="微软雅黑" w:eastAsia="微软雅黑"/>
          <w:color w:val="1F4E79"/>
          <w:sz w:val="27"/>
        </w:rPr>
        <w:t>3. 删除用户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userdel testuser2        # 只删除账户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userdel -r testuser2     # 连家目录一起删除（谨慎）</w:t>
      </w:r>
    </w:p>
    <w:p>
      <w:pPr>
        <w:pStyle w:val="Heading2"/>
      </w:pPr>
      <w:r>
        <w:rPr>
          <w:rFonts w:ascii="微软雅黑" w:hAnsi="微软雅黑" w:eastAsia="微软雅黑"/>
          <w:color w:val="1F4E79"/>
          <w:sz w:val="27"/>
        </w:rPr>
        <w:t>4. 查看用户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id testuser        # 查看 UID、GID 和所属组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whoami             # 当前我是谁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who / w            # 当前登录在线的用户</w:t>
      </w:r>
    </w:p>
    <w:p>
      <w:pPr>
        <w:pStyle w:val="Heading1"/>
      </w:pPr>
      <w:r>
        <w:rPr>
          <w:rFonts w:ascii="微软雅黑" w:hAnsi="微软雅黑" w:eastAsia="微软雅黑"/>
          <w:color w:val="1F4E79"/>
          <w:sz w:val="34"/>
        </w:rPr>
        <w:t>三、用户组管理命令</w:t>
      </w:r>
    </w:p>
    <w:p>
      <w:pPr>
        <w:pStyle w:val="Heading2"/>
      </w:pPr>
      <w:r>
        <w:rPr>
          <w:rFonts w:ascii="微软雅黑" w:hAnsi="微软雅黑" w:eastAsia="微软雅黑"/>
          <w:color w:val="1F4E79"/>
          <w:sz w:val="27"/>
        </w:rPr>
        <w:t>1. 创建 / 删除组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groupadd devteam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groupdel devteam</w:t>
      </w:r>
    </w:p>
    <w:p>
      <w:pPr>
        <w:pStyle w:val="Heading2"/>
      </w:pPr>
      <w:r>
        <w:rPr>
          <w:rFonts w:ascii="微软雅黑" w:hAnsi="微软雅黑" w:eastAsia="微软雅黑"/>
          <w:color w:val="1F4E79"/>
          <w:sz w:val="27"/>
        </w:rPr>
        <w:t>2. 把用户加入组（最常用）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usermod -aG devteam testuser</w:t>
      </w:r>
    </w:p>
    <w:p>
      <w:r>
        <w:rPr>
          <w:rFonts w:ascii="微软雅黑" w:hAnsi="微软雅黑" w:eastAsia="微软雅黑"/>
          <w:b/>
          <w:color w:val="B03030"/>
          <w:sz w:val="22"/>
        </w:rPr>
        <w:t>注意：-a 表示追加（append），-G 指定附加组。-a 一定不能省略，否则会把用户从其他组中移除！</w:t>
      </w:r>
    </w:p>
    <w:p>
      <w:r>
        <w:rPr>
          <w:rFonts w:ascii="微软雅黑" w:hAnsi="微软雅黑" w:eastAsia="微软雅黑"/>
          <w:b w:val="0"/>
          <w:color w:val="595959"/>
          <w:sz w:val="20"/>
        </w:rPr>
        <w:t>修改组之后需要重新登录才会生效。</w:t>
      </w:r>
    </w:p>
    <w:p>
      <w:pPr>
        <w:pStyle w:val="Heading2"/>
      </w:pPr>
      <w:r>
        <w:rPr>
          <w:rFonts w:ascii="微软雅黑" w:hAnsi="微软雅黑" w:eastAsia="微软雅黑"/>
          <w:color w:val="1F4E79"/>
          <w:sz w:val="27"/>
        </w:rPr>
        <w:t>3. 查看组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groups testuser            # 查看某用户属于哪些组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getent group devteam       # 查看组成员</w:t>
      </w:r>
    </w:p>
    <w:p>
      <w:pPr>
        <w:pStyle w:val="Heading2"/>
      </w:pPr>
      <w:r>
        <w:rPr>
          <w:rFonts w:ascii="微软雅黑" w:hAnsi="微软雅黑" w:eastAsia="微软雅黑"/>
          <w:color w:val="1F4E79"/>
          <w:sz w:val="27"/>
        </w:rPr>
        <w:t>4. 从组中移除 / 修改属性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gpasswd -d testuser devteam          # 从组里移除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usermod -l newname oldname           # 修改用户名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usermod -d /new/home user            # 修改家目录</w:t>
      </w:r>
    </w:p>
    <w:p>
      <w:pPr>
        <w:pStyle w:val="Heading1"/>
      </w:pPr>
      <w:r>
        <w:rPr>
          <w:rFonts w:ascii="微软雅黑" w:hAnsi="微软雅黑" w:eastAsia="微软雅黑"/>
          <w:color w:val="1F4E79"/>
          <w:sz w:val="34"/>
        </w:rPr>
        <w:t>四、root 权限：su 与 sudo</w:t>
      </w:r>
    </w:p>
    <w:p>
      <w:pPr>
        <w:pStyle w:val="ListBullet"/>
      </w:pPr>
      <w:r>
        <w:rPr>
          <w:rFonts w:ascii="微软雅黑" w:hAnsi="微软雅黑" w:eastAsia="微软雅黑"/>
          <w:b/>
        </w:rPr>
        <w:t>su：</w:t>
      </w:r>
      <w:r>
        <w:rPr>
          <w:rFonts w:ascii="微软雅黑" w:hAnsi="微软雅黑" w:eastAsia="微软雅黑"/>
        </w:rPr>
        <w:t>切换用户。su - testuser 加载完整环境，exit 退回。</w:t>
      </w:r>
    </w:p>
    <w:p>
      <w:pPr>
        <w:pStyle w:val="ListBullet"/>
      </w:pPr>
      <w:r>
        <w:rPr>
          <w:rFonts w:ascii="微软雅黑" w:hAnsi="微软雅黑" w:eastAsia="微软雅黑"/>
          <w:b/>
        </w:rPr>
        <w:t>sudo：</w:t>
      </w:r>
      <w:r>
        <w:rPr>
          <w:rFonts w:ascii="微软雅黑" w:hAnsi="微软雅黑" w:eastAsia="微软雅黑"/>
        </w:rPr>
        <w:t>用当前用户身份，临时以 root 执行一条命令，使用自己的密码，更安全且可审计。</w:t>
      </w:r>
    </w:p>
    <w:p>
      <w:r>
        <w:rPr>
          <w:rFonts w:ascii="微软雅黑" w:hAnsi="微软雅黑" w:eastAsia="微软雅黑"/>
          <w:b w:val="0"/>
          <w:sz w:val="22"/>
        </w:rPr>
        <w:t>用户必须在 sudo 组中才能使用 sudo：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usermod -aG sudo testuser</w:t>
      </w:r>
    </w:p>
    <w:p>
      <w:pPr>
        <w:pStyle w:val="Heading1"/>
      </w:pPr>
      <w:r>
        <w:rPr>
          <w:rFonts w:ascii="微软雅黑" w:hAnsi="微软雅黑" w:eastAsia="微软雅黑"/>
          <w:color w:val="1F4E79"/>
          <w:sz w:val="34"/>
        </w:rPr>
        <w:t>五、与文件权限配合（串起来）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ls -l file                   # 查看属主、属组、权限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chown user:group file   # 修改属主和属组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chmod 750 file               # 修改权限</w:t>
      </w:r>
    </w:p>
    <w:p>
      <w:r>
        <w:rPr>
          <w:rFonts w:ascii="微软雅黑" w:hAnsi="微软雅黑" w:eastAsia="微软雅黑"/>
          <w:b w:val="0"/>
          <w:sz w:val="22"/>
        </w:rPr>
        <w:t>750 的含义（八进制）：属主 7 = rwx（4+2+1），属组 5 = r-x，别人 0 = 无权限。</w:t>
      </w:r>
    </w:p>
    <w:p>
      <w:r>
        <w:rPr>
          <w:rFonts w:ascii="微软雅黑" w:hAnsi="微软雅黑" w:eastAsia="微软雅黑"/>
          <w:b w:val="0"/>
          <w:color w:val="595959"/>
          <w:sz w:val="20"/>
        </w:rPr>
        <w:t>访问者分三类：属主 u、属组 g、其他人 o；权限分三种：读 r、写 w、执行 x。</w:t>
      </w:r>
    </w:p>
    <w:p>
      <w:pPr>
        <w:pStyle w:val="Heading1"/>
      </w:pPr>
      <w:r>
        <w:rPr>
          <w:rFonts w:ascii="微软雅黑" w:hAnsi="微软雅黑" w:eastAsia="微软雅黑"/>
          <w:color w:val="1F4E79"/>
          <w:sz w:val="34"/>
        </w:rPr>
        <w:t>六、动手实验（在香橙派上，约 20 分钟）</w:t>
      </w:r>
    </w:p>
    <w:p>
      <w:pPr>
        <w:pStyle w:val="Heading2"/>
      </w:pPr>
      <w:r>
        <w:rPr>
          <w:rFonts w:ascii="微软雅黑" w:hAnsi="微软雅黑" w:eastAsia="微软雅黑"/>
          <w:color w:val="1F4E79"/>
          <w:sz w:val="27"/>
        </w:rPr>
        <w:t>实验 1：建用户和组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groupadd devteam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adduser alice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adduser bob</w:t>
      </w:r>
    </w:p>
    <w:p>
      <w:pPr>
        <w:pStyle w:val="Heading2"/>
      </w:pPr>
      <w:r>
        <w:rPr>
          <w:rFonts w:ascii="微软雅黑" w:hAnsi="微软雅黑" w:eastAsia="微软雅黑"/>
          <w:color w:val="1F4E79"/>
          <w:sz w:val="27"/>
        </w:rPr>
        <w:t>实验 2：加入组并验证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usermod -aG devteam alice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usermod -aG devteam bob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groups alice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getent group devteam</w:t>
      </w:r>
    </w:p>
    <w:p>
      <w:pPr>
        <w:pStyle w:val="Heading2"/>
      </w:pPr>
      <w:r>
        <w:rPr>
          <w:rFonts w:ascii="微软雅黑" w:hAnsi="微软雅黑" w:eastAsia="微软雅黑"/>
          <w:color w:val="1F4E79"/>
          <w:sz w:val="27"/>
        </w:rPr>
        <w:t>实验 3：体验权限隔离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mkdir -p /srv/shared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chown alice:devteam /srv/shared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chmod 770 /srv/shared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-u alice touch /srv/shared/a.txt   # 成功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-u bob   touch /srv/shared/b.txt   # 成功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-u mind  touch /srv/shared/c.txt   # Permission denied</w:t>
      </w:r>
    </w:p>
    <w:p>
      <w:pPr>
        <w:pStyle w:val="Heading2"/>
      </w:pPr>
      <w:r>
        <w:rPr>
          <w:rFonts w:ascii="微软雅黑" w:hAnsi="微软雅黑" w:eastAsia="微软雅黑"/>
          <w:color w:val="1F4E79"/>
          <w:sz w:val="27"/>
        </w:rPr>
        <w:t>实验 4：体验 sudo 授权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usermod -aG sudo alice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 - alice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whoami        # 输出 root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exit</w:t>
      </w:r>
    </w:p>
    <w:p>
      <w:pPr>
        <w:pStyle w:val="Heading2"/>
      </w:pPr>
      <w:r>
        <w:rPr>
          <w:rFonts w:ascii="微软雅黑" w:hAnsi="微软雅黑" w:eastAsia="微软雅黑"/>
          <w:color w:val="1F4E79"/>
          <w:sz w:val="27"/>
        </w:rPr>
        <w:t>实验 5：清理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userdel -r alice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userdel -r bob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groupdel devteam</w:t>
      </w:r>
    </w:p>
    <w:p>
      <w:pPr>
        <w:spacing w:after="0" w:before="0"/>
        <w:ind w:left="200"/>
        <w:shd w:val="clear" w:fill="F2F2F2"/>
      </w:pPr>
      <w:r>
        <w:rPr>
          <w:rFonts w:ascii="Consolas" w:hAnsi="Consolas" w:eastAsia="Consolas"/>
          <w:sz w:val="19"/>
        </w:rPr>
        <w:t>sudo rm -rf /srv/shared</w:t>
      </w:r>
    </w:p>
    <w:p>
      <w:pPr>
        <w:pStyle w:val="Heading1"/>
      </w:pPr>
      <w:r>
        <w:rPr>
          <w:rFonts w:ascii="微软雅黑" w:hAnsi="微软雅黑" w:eastAsia="微软雅黑"/>
          <w:color w:val="1F4E79"/>
          <w:sz w:val="34"/>
        </w:rPr>
        <w:t>七、三条安全红线</w:t>
      </w:r>
    </w:p>
    <w:p>
      <w:pPr>
        <w:pStyle w:val="ListBullet"/>
      </w:pPr>
      <w:r>
        <w:rPr>
          <w:rFonts w:ascii="微软雅黑" w:hAnsi="微软雅黑" w:eastAsia="微软雅黑"/>
        </w:rPr>
        <w:t>不要把自己的主用户从 sudo 组删除，否则会失去管理员权限。</w:t>
      </w:r>
    </w:p>
    <w:p>
      <w:pPr>
        <w:pStyle w:val="ListBullet"/>
      </w:pPr>
      <w:r>
        <w:rPr>
          <w:rFonts w:ascii="微软雅黑" w:hAnsi="微软雅黑" w:eastAsia="微软雅黑"/>
        </w:rPr>
        <w:t>usermod -G 务必加 -a，否则会丢失原有附加组。</w:t>
      </w:r>
    </w:p>
    <w:p>
      <w:pPr>
        <w:pStyle w:val="ListBullet"/>
      </w:pPr>
      <w:r>
        <w:rPr>
          <w:rFonts w:ascii="微软雅黑" w:hAnsi="微软雅黑" w:eastAsia="微软雅黑"/>
        </w:rPr>
        <w:t>不要随意 chmod -R 777，尤其是系统目录，等于完全不设防。</w:t>
      </w:r>
    </w:p>
    <w:p>
      <w:pPr>
        <w:pStyle w:val="Heading1"/>
      </w:pPr>
      <w:r>
        <w:rPr>
          <w:rFonts w:ascii="微软雅黑" w:hAnsi="微软雅黑" w:eastAsia="微软雅黑"/>
          <w:color w:val="1F4E79"/>
          <w:sz w:val="34"/>
        </w:rPr>
        <w:t>一句话总结</w:t>
      </w:r>
    </w:p>
    <w:p>
      <w:r>
        <w:rPr>
          <w:rFonts w:ascii="微软雅黑" w:hAnsi="微软雅黑" w:eastAsia="微软雅黑"/>
          <w:b/>
          <w:sz w:val="22"/>
        </w:rPr>
        <w:t>用户用 UID 标识、组用 GID 标识；adduser/useradd 建用户、groupadd 建组、usermod -aG 加组、sudo 提权；权限按“属主 / 属组 / 别人”三类控制。做完五个实验，这块就真正掌握了。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