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8"/>
        </w:rPr>
        <w:t>致北京邮电大学人工智能学院 常东良老师 的套磁邮件</w:t>
      </w:r>
    </w:p>
    <w:p>
      <w:r>
        <w:rPr>
          <w:b/>
        </w:rPr>
        <w:t>收件邮箱：</w:t>
      </w:r>
      <w:r>
        <w:t>changdongliang@bupt.edu.cn</w:t>
      </w:r>
    </w:p>
    <w:p>
      <w:r>
        <w:rPr>
          <w:b/>
        </w:rPr>
        <w:t>邮件主题：</w:t>
      </w:r>
      <w:r>
        <w:t>2027级推免咨询-叶西佳-桂电智能科学与技术-排名6/96-CCF C一作-细粒度视觉与AI安全方向</w:t>
      </w:r>
    </w:p>
    <w:p/>
    <w:p>
      <w:pPr>
        <w:spacing w:after="120" w:line="360" w:lineRule="auto"/>
        <w:ind w:firstLine="480"/>
      </w:pPr>
      <w:r>
        <w:t>尊敬的常东良老师：</w:t>
      </w:r>
    </w:p>
    <w:p>
      <w:pPr>
        <w:spacing w:after="120" w:line="360" w:lineRule="auto"/>
        <w:ind w:firstLine="480"/>
      </w:pPr>
      <w:r>
        <w:t>您好！冒昧来信，打扰您宝贵的时间。我是桂林电子科技大学计算机与信息安全学院智能科学与技术专业大三学生叶西佳，专业排名 6/96（前 6.25%），预计可获得 2027 届推免资格。我在您的主页上看到您计划招收 2027 年秋季入学的硕士研究生，因此特来信咨询，并希望争取提前参与课题的机会。</w:t>
      </w:r>
    </w:p>
    <w:p>
      <w:pPr>
        <w:spacing w:after="120" w:line="360" w:lineRule="auto"/>
        <w:ind w:firstLine="480"/>
      </w:pPr>
      <w:r>
        <w:t>科研方面，我以第一作者完成论文《iCoLoc: An Interactive System for Spatial Co-location Pattern Mining via LLM-Guided Intent and Contrastive Preference Learning》，已被 APWeb-WAIM 2026 Demo Track 录用（CCF C 类会议，2026 年 9 月于越南岘港举办）。该工作使用本地大模型解析模糊查询意图，并通过对比偏好学习根据用户反馈持续重排空间共位模式，十轮交互中排序准确率由基线 0.80 提升至 0.98。整个流程由我独立完成，包括问题定义、方法设计、实验与论文写作。</w:t>
      </w:r>
    </w:p>
    <w:p>
      <w:pPr>
        <w:spacing w:after="120" w:line="360" w:lineRule="auto"/>
        <w:ind w:firstLine="480"/>
      </w:pPr>
      <w:r>
        <w:t>我关注到您的研究方向为模式识别、机器学习、细粒度图像理解与人工智能安全，近期在 CVPR、ECCV、IEEE TIP 等会议与期刊上有系列成果，也看到您在博士与博士后阶段围绕细粒度视觉理解与视觉表征做了很扎实的积累。您把细粒度识别与人工智能安全结合起来的思路让我很受启发：模型在细粒度类别间的判别边界本身就比较脆弱，这恰好是对抗样本与后门攻击最容易切入的地方。</w:t>
      </w:r>
    </w:p>
    <w:p>
      <w:pPr>
        <w:spacing w:after="120" w:line="360" w:lineRule="auto"/>
        <w:ind w:firstLine="480"/>
      </w:pPr>
      <w:r>
        <w:t>在实践方面，我有较完整的视觉与嵌入式系统经历：以香橙派运行 ROS2 与视觉算法、STM32 负责底盘实时控制，完成了基于机器视觉的轮式机器人系统设计，处理过实际部署中的光照变化、类间相似与实时性约束问题。同时我基于 OpenClaw 搭建了多智能体协作系统，并独立开发了混合召回加大模型重排的本地 RAG 系统，具备一定的工程落地能力。</w:t>
      </w:r>
    </w:p>
    <w:p>
      <w:pPr>
        <w:spacing w:after="120" w:line="360" w:lineRule="auto"/>
        <w:ind w:firstLine="480"/>
      </w:pPr>
      <w:r>
        <w:t>如果有机会加入您的团队，我希望在细粒度视觉理解与模型安全的交叉方向上开展工作：一方面研究细粒度场景下模型判别依据的可解释性与鲁棒性，另一方面研究多模态模型在受到数据投毒或后门触发时的行为退化与检测方法。我愿意从复现基线、整理数据、做扎实实验开始，踏实积累。</w:t>
      </w:r>
    </w:p>
    <w:p>
      <w:pPr>
        <w:spacing w:after="120" w:line="360" w:lineRule="auto"/>
        <w:ind w:firstLine="480"/>
      </w:pPr>
      <w:r>
        <w:t>此外，我曾在南京拓尔思智能系统有限公司担任数据科学实习生，获全国大学生蓝桥杯 Python 程序设计大学 B 组国家级二等奖及省级一等奖，熟悉 Python 与 PyTorch。</w:t>
      </w:r>
    </w:p>
    <w:p>
      <w:pPr>
        <w:spacing w:after="120" w:line="360" w:lineRule="auto"/>
        <w:ind w:firstLine="480"/>
      </w:pPr>
      <w:r>
        <w:t>附件为我的个人简历、本科成绩单、专业排名证明及论文首页，供您参考。若您本年度仍有推免招生名额，我非常希望能获得进一步交流的机会。感谢您在百忙之中阅读本信，祝您科研顺利、身体健康！</w:t>
      </w:r>
    </w:p>
    <w:p/>
    <w:p>
      <w:pPr>
        <w:spacing w:line="336" w:lineRule="auto"/>
      </w:pPr>
      <w:r>
        <w:t>此致</w:t>
      </w:r>
    </w:p>
    <w:p>
      <w:pPr>
        <w:spacing w:line="336" w:lineRule="auto"/>
      </w:pPr>
      <w:r>
        <w:t>敬礼！</w:t>
      </w:r>
    </w:p>
    <w:p>
      <w:pPr>
        <w:spacing w:line="336" w:lineRule="auto"/>
      </w:pPr>
    </w:p>
    <w:p>
      <w:pPr>
        <w:spacing w:line="336" w:lineRule="auto"/>
      </w:pPr>
      <w:r>
        <w:t>学生：叶西佳</w:t>
      </w:r>
    </w:p>
    <w:p>
      <w:pPr>
        <w:spacing w:line="336" w:lineRule="auto"/>
      </w:pPr>
      <w:r>
        <w:t>桂林电子科技大学  计算机与信息安全学院  智能科学与技术专业</w:t>
      </w:r>
    </w:p>
    <w:p>
      <w:pPr>
        <w:spacing w:line="336" w:lineRule="auto"/>
      </w:pPr>
      <w:r>
        <w:t>日期：2026年8月12日</w:t>
      </w:r>
    </w:p>
    <w:p>
      <w:pPr>
        <w:spacing w:line="336" w:lineRule="auto"/>
      </w:pPr>
      <w:r>
        <w:t>电话：15577385181　邮箱：yexijia1124@gmail.com</w:t>
      </w:r>
    </w:p>
    <w:p>
      <w:pPr>
        <w:spacing w:line="336" w:lineRule="auto"/>
      </w:pPr>
      <w:r>
        <w:t>GitHub：github.com/Deshill-study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