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8"/>
        </w:rPr>
        <w:t>致北京邮电大学人工智能学院 徐蔚然老师 的套磁邮件</w:t>
      </w:r>
    </w:p>
    <w:p>
      <w:r>
        <w:rPr>
          <w:b/>
        </w:rPr>
        <w:t>收件邮箱：</w:t>
      </w:r>
      <w:r>
        <w:t>xuweiran@bupt.edu.cn</w:t>
      </w:r>
    </w:p>
    <w:p>
      <w:r>
        <w:rPr>
          <w:b/>
        </w:rPr>
        <w:t>邮件主题：</w:t>
      </w:r>
      <w:r>
        <w:t>2027级推免咨询-叶西佳-桂电智能科学与技术-排名6/96-CCF C一作-大模型智能体与对齐安全方向</w:t>
      </w:r>
    </w:p>
    <w:p/>
    <w:p>
      <w:pPr>
        <w:spacing w:after="120" w:line="360" w:lineRule="auto"/>
        <w:ind w:firstLine="480"/>
      </w:pPr>
      <w:r>
        <w:t>尊敬的徐蔚然老师：</w:t>
      </w:r>
    </w:p>
    <w:p>
      <w:pPr>
        <w:spacing w:after="120" w:line="360" w:lineRule="auto"/>
        <w:ind w:firstLine="480"/>
      </w:pPr>
      <w:r>
        <w:t>您好！冒昧来信，打扰您宝贵的时间。我是桂林电子科技大学计算机与信息安全学院智能科学与技术专业大三学生叶西佳，专业排名 6/96（前 6.25%），预计可获得 2027 届推免资格。我对大模型智能体、以及智能体的对齐与安全方向非常感兴趣，希望向您咨询是否有接收 2027 级推免硕士生或提前参与课题的计划。</w:t>
      </w:r>
    </w:p>
    <w:p>
      <w:pPr>
        <w:spacing w:after="120" w:line="360" w:lineRule="auto"/>
        <w:ind w:firstLine="480"/>
      </w:pPr>
      <w:r>
        <w:t>科研方面，我以第一作者完成论文《iCoLoc: An Interactive System for Spatial Co-location Pattern Mining via LLM-Guided Intent and Contrastive Preference Learning》，已被 APWeb-WAIM 2026 Demo Track 录用（CCF C 类会议，2026 年 9 月于越南岘港举办）。该工作用本地大模型解析用户的模糊查询意图，并通过对比偏好学习依据交互反馈持续重排空间共位模式；十轮模拟交互中排序准确率由基线 0.80 提升至 0.98。这段工作让我完整走过了问题定义、方法设计、实验与论文撰写的全流程，也让我体会到用偏好信号校正模型行为的力量，这也是我后来关注 RLHF / DPO / GRPO 这条技术路线的起点。</w:t>
      </w:r>
    </w:p>
    <w:p>
      <w:pPr>
        <w:spacing w:after="120" w:line="360" w:lineRule="auto"/>
        <w:ind w:firstLine="480"/>
      </w:pPr>
      <w:r>
        <w:t>我拜读了您课题组近期的工作，包括 AgentRefine（通过精炼调优提升智能体的泛化能力）、MTU-Bench（多轮多工具调用的评测基准）与 B-STaR（自学习中探索与利用的平衡），也注意到您在实验室主页上列出的「对齐与安全」「智能体的推理、规划与工具学习」两条方向。您的研究把智能体能力与对齐可控放在同一框架下推进，这正是我希望长期投入的问题。</w:t>
      </w:r>
    </w:p>
    <w:p>
      <w:pPr>
        <w:spacing w:after="120" w:line="360" w:lineRule="auto"/>
        <w:ind w:firstLine="480"/>
      </w:pPr>
      <w:r>
        <w:t>在工程实践方面，我基于 OpenClaw 搭建了一套多智能体协作系统，实现任务分解、工具调用、记忆检索与文献调研等工作流；并独立开发了本地 RAG 系统，采用向量与关键词混合召回、RRF 融合与大模型重排。这些经历让我对多轮工具调用中的失败模式（工具选择漂移、上下文污染、错误累积）有比较具体的体感。</w:t>
      </w:r>
    </w:p>
    <w:p>
      <w:pPr>
        <w:spacing w:after="120" w:line="360" w:lineRule="auto"/>
        <w:ind w:firstLine="480"/>
      </w:pPr>
      <w:r>
        <w:t>如果有机会加入您的团队，我希望沿着两条线继续做：一是把可追溯检索作为智能体的长期记忆，让智能体在多轮工具调用中依据历史轨迹与工具文档决定执行、追问还是回滚，并尝试用过程级奖励而非仅结果奖励来训练这一决策；二是研究被污染的记忆或工具描述对智能体行为的影响，即记忆层面的对齐失效问题。我目前正在系统学习 PPO、DPO 与 GRPO 的原理与实现，也在阅读 verl、slime 等 RL 训练框架的代码，希望入学前把这部分基础打扎实。</w:t>
      </w:r>
    </w:p>
    <w:p>
      <w:pPr>
        <w:spacing w:after="120" w:line="360" w:lineRule="auto"/>
        <w:ind w:firstLine="480"/>
      </w:pPr>
      <w:r>
        <w:t>此外，我曾在南京拓尔思智能系统有限公司担任数据科学实习生，获全国大学生蓝桥杯 Python 程序设计大学 B 组国家级二等奖，能够独立使用 Python 完成工程开发与科研实验。</w:t>
      </w:r>
    </w:p>
    <w:p>
      <w:pPr>
        <w:spacing w:after="120" w:line="360" w:lineRule="auto"/>
        <w:ind w:firstLine="480"/>
      </w:pPr>
      <w:r>
        <w:t>附件为我的个人简历、本科成绩单、专业排名证明及论文首页，供您参考。若您方便，我非常希望能有机会与您或组内师兄师姐进一步交流。感谢您在百忙之中阅读本信，祝您工作顺利、身体健康！</w:t>
      </w:r>
    </w:p>
    <w:p/>
    <w:p>
      <w:pPr>
        <w:spacing w:line="336" w:lineRule="auto"/>
      </w:pPr>
      <w:r>
        <w:t>此致</w:t>
      </w:r>
    </w:p>
    <w:p>
      <w:pPr>
        <w:spacing w:line="336" w:lineRule="auto"/>
      </w:pPr>
      <w:r>
        <w:t>敬礼！</w:t>
      </w:r>
    </w:p>
    <w:p>
      <w:pPr>
        <w:spacing w:line="336" w:lineRule="auto"/>
      </w:pPr>
    </w:p>
    <w:p>
      <w:pPr>
        <w:spacing w:line="336" w:lineRule="auto"/>
      </w:pPr>
      <w:r>
        <w:t>学生：叶西佳</w:t>
      </w:r>
    </w:p>
    <w:p>
      <w:pPr>
        <w:spacing w:line="336" w:lineRule="auto"/>
      </w:pPr>
      <w:r>
        <w:t>桂林电子科技大学  计算机与信息安全学院  智能科学与技术专业</w:t>
      </w:r>
    </w:p>
    <w:p>
      <w:pPr>
        <w:spacing w:line="336" w:lineRule="auto"/>
      </w:pPr>
      <w:r>
        <w:t>日期：2026年8月12日</w:t>
      </w:r>
    </w:p>
    <w:p>
      <w:pPr>
        <w:spacing w:line="336" w:lineRule="auto"/>
      </w:pPr>
      <w:r>
        <w:t>电话：15577385181　邮箱：yexijia1124@gmail.com</w:t>
      </w:r>
    </w:p>
    <w:p>
      <w:pPr>
        <w:spacing w:line="336" w:lineRule="auto"/>
      </w:pPr>
      <w:r>
        <w:t>GitHub：github.com/Deshill-study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