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致北京邮电大学人工智能学院 方全老师 的套磁邮件</w:t>
      </w:r>
    </w:p>
    <w:p>
      <w:r>
        <w:rPr>
          <w:b/>
        </w:rPr>
        <w:t>收件邮箱：</w:t>
      </w:r>
      <w:r>
        <w:t>qfang@bupt.edu.cn</w:t>
      </w:r>
    </w:p>
    <w:p>
      <w:r>
        <w:rPr>
          <w:b/>
        </w:rPr>
        <w:t>邮件主题：</w:t>
      </w:r>
      <w:r>
        <w:t>2027级推免+科研实习申请-叶西佳-桂电智能科学与技术-排名6/96-CCF C一作-LLM与知识图谱数据挖掘方向</w:t>
      </w:r>
    </w:p>
    <w:p/>
    <w:p>
      <w:pPr>
        <w:spacing w:after="120" w:line="360" w:lineRule="auto"/>
        <w:ind w:firstLine="480"/>
      </w:pPr>
      <w:r>
        <w:t>尊敬的方全老师：</w:t>
      </w:r>
    </w:p>
    <w:p>
      <w:pPr>
        <w:spacing w:after="120" w:line="360" w:lineRule="auto"/>
        <w:ind w:firstLine="480"/>
      </w:pPr>
      <w:r>
        <w:t>您好！冒昧来信，打扰您宝贵的时间。我是桂林电子科技大学计算机与信息安全学院智能科学与技术专业大三学生叶西佳，专业排名 6/96（前 6.25%），预计可获得 2027 届推免资格。我在您的个人主页上看到「招收计算机科学与技术方向的硕士（保研+统考）」以及欢迎本科生加入实验室科研实习的通知，方向涵盖知识图谱、大语言模型与数据挖掘方法，与我本科阶段的研究经历高度契合，因此特来信申请，希望能加入您的多媒体知识计算课题组。</w:t>
      </w:r>
    </w:p>
    <w:p>
      <w:pPr>
        <w:spacing w:after="120" w:line="360" w:lineRule="auto"/>
        <w:ind w:firstLine="480"/>
      </w:pPr>
      <w:r>
        <w:t>科研方面，我以第一作者完成论文《iCoLoc: An Interactive System for Spatial Co-location Pattern Mining via LLM-Guided Intent and Contrastive Preference Learning》，已被 APWeb-WAIM 2026 Demo Track 录用（CCF C 类会议，2026 年 9 月于越南岘港举办）。这项工作正处在您所关注的「大语言模型 + 数据挖掘」交叉点上：我用本地大语言模型解析用户对空间共位模式的模糊查询意图，将自然语言约束转化为可执行的挖掘参数；再通过对比偏好学习，依据用户在交互中给出的稀疏偏好信号持续重排候选模式。在十轮模拟交互中，排序准确率由基线的 0.80 提升至 0.98。整个流程由我独立完成，包括问题定义、方法设计、实验与论文撰写。</w:t>
      </w:r>
    </w:p>
    <w:p>
      <w:pPr>
        <w:spacing w:after="120" w:line="360" w:lineRule="auto"/>
        <w:ind w:firstLine="480"/>
      </w:pPr>
      <w:r>
        <w:t>我拜读了您课题组近期的工作，其中三条线索让我印象尤为深刻。第一是您发表在 IEEE TKDE 的《Contrastive Multi-Modal Knowledge Graph Representation Learning》——我在 iCoLoc 中使用对比学习构造偏好样本对时，也遇到了负样本构造与表示塌缩的问题，读到这篇时有一种「原来这个问题可以被如此系统地处理」的感受。第二是 NOTAM-Evolve（AAAI 2026）与 Knots，您用知识引导的自演化优化框架和多智能体增强来处理专业领域文本的语义解析，这与我在做的智能体工作流方向一致，也让我看到把大模型真正落到高专业性领域的完整路径。第三是 HulluEdit（CVPR 2026）对视觉语言模型幻觉的子空间编辑，让我意识到「让模型忠实于证据」是一个可以从表示层面切入的问题。</w:t>
      </w:r>
    </w:p>
    <w:p>
      <w:pPr>
        <w:spacing w:after="120" w:line="360" w:lineRule="auto"/>
        <w:ind w:firstLine="480"/>
      </w:pPr>
      <w:r>
        <w:t>在工程实践方面，我独立开发了本地 RAG 系统，采用向量与关键词混合召回、RRF 融合与大模型重排，用于文献检索与知识问答；也基于 OpenClaw 搭建了多智能体协作系统，实现任务分解、工具调用、记忆检索与文献调研工作流。我注意到您同时是专知（Zhuanzhi.AI）团队的负责人，致力于让人们高效地找到所需知识——这恰好是我做本地 RAG 系统时最朴素的出发点，能看到这件事被做成一个真正的系统，我觉得很受鼓舞。</w:t>
      </w:r>
    </w:p>
    <w:p>
      <w:pPr>
        <w:spacing w:after="120" w:line="360" w:lineRule="auto"/>
        <w:ind w:firstLine="480"/>
      </w:pPr>
      <w:r>
        <w:t>如果有机会加入您的课题组，我希望在「知识增强的可信生成」这一方向上开展工作：把结构化知识（知识图谱、领域文档）作为大模型生成的可追溯依据，研究检索到的证据如何在表示层面真正约束生成结果，以及在多模态场景下如何度量与抑制不忠实于证据的输出。我在对比学习、混合检索工程与大模型应用方面已有一定动手基础，也愿意从复现基线、整理数据集与做扎实实验开始积累。</w:t>
      </w:r>
    </w:p>
    <w:p>
      <w:pPr>
        <w:spacing w:after="120" w:line="360" w:lineRule="auto"/>
        <w:ind w:firstLine="480"/>
      </w:pPr>
      <w:r>
        <w:t>此外，我曾在南京拓尔思智能系统有限公司担任数据科学实习生，参与数据处理与算法开发；获全国大学生蓝桥杯 Python 程序设计大学 B 组国家级二等奖及省级一等奖；数学与编程基础较为扎实，熟练使用 Python 与 PyTorch。</w:t>
      </w:r>
    </w:p>
    <w:p>
      <w:pPr>
        <w:spacing w:after="120" w:line="360" w:lineRule="auto"/>
        <w:ind w:firstLine="480"/>
      </w:pPr>
      <w:r>
        <w:t>附件为我的个人简历、本科成绩单、专业排名证明及论文首页，供您参考。我非常希望能有机会先以科研实习的形式加入实验室学习，也期待今年通过推免正式报考您的研究生。感谢您在百忙之中阅读本信，祝您工作顺利、身体健康！</w:t>
      </w:r>
    </w:p>
    <w:p/>
    <w:p>
      <w:pPr>
        <w:spacing w:line="336" w:lineRule="auto"/>
      </w:pPr>
      <w:r>
        <w:t>此致</w:t>
      </w:r>
    </w:p>
    <w:p>
      <w:pPr>
        <w:spacing w:line="336" w:lineRule="auto"/>
      </w:pPr>
      <w:r>
        <w:t>敬礼！</w:t>
      </w:r>
    </w:p>
    <w:p>
      <w:pPr>
        <w:spacing w:line="336" w:lineRule="auto"/>
      </w:pPr>
    </w:p>
    <w:p>
      <w:pPr>
        <w:spacing w:line="336" w:lineRule="auto"/>
      </w:pPr>
      <w:r>
        <w:t>学生：叶西佳</w:t>
      </w:r>
    </w:p>
    <w:p>
      <w:pPr>
        <w:spacing w:line="336" w:lineRule="auto"/>
      </w:pPr>
      <w:r>
        <w:t>桂林电子科技大学  计算机与信息安全学院  智能科学与技术专业</w:t>
      </w:r>
    </w:p>
    <w:p>
      <w:pPr>
        <w:spacing w:line="336" w:lineRule="auto"/>
      </w:pPr>
      <w:r>
        <w:t>日期：2026年8月12日</w:t>
      </w:r>
    </w:p>
    <w:p>
      <w:pPr>
        <w:spacing w:line="336" w:lineRule="auto"/>
      </w:pPr>
      <w:r>
        <w:t>电话：15577385181　邮箱：yexijia1124@gmail.com</w:t>
      </w:r>
    </w:p>
    <w:p>
      <w:pPr>
        <w:spacing w:line="336" w:lineRule="auto"/>
      </w:pPr>
      <w:r>
        <w:t>GitHub：github.com/Deshill-study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