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致北京邮电大学人工智能学院 项刘宇老师 的套磁邮件</w:t>
      </w:r>
    </w:p>
    <w:p>
      <w:r>
        <w:rPr>
          <w:b/>
        </w:rPr>
        <w:t>收件邮箱：</w:t>
      </w:r>
      <w:r>
        <w:t>xiangly@bupt.edu.cn</w:t>
      </w:r>
    </w:p>
    <w:p>
      <w:r>
        <w:rPr>
          <w:b/>
        </w:rPr>
        <w:t>邮件主题：</w:t>
      </w:r>
      <w:r>
        <w:t>2027级推免咨询-叶西佳-桂电智能科学与技术-排名6/96-CCF C一作-大模型智能体与持续学习方向</w:t>
      </w:r>
    </w:p>
    <w:p/>
    <w:p>
      <w:pPr>
        <w:spacing w:after="120" w:line="360" w:lineRule="auto"/>
        <w:ind w:firstLine="480"/>
      </w:pPr>
      <w:r>
        <w:t>尊敬的项刘宇老师：</w:t>
      </w:r>
    </w:p>
    <w:p>
      <w:pPr>
        <w:spacing w:after="120" w:line="360" w:lineRule="auto"/>
        <w:ind w:firstLine="480"/>
      </w:pPr>
      <w:r>
        <w:t>您好！冒昧来信，打扰您宝贵的时间。我是桂林电子科技大学计算机与信息安全学院智能科学与技术专业大三学生叶西佳，专业排名 6/96（前 6.25%），预计可获得 2027 届推免资格。我在您的个人主页上看到您的研究方向包括大模型智能体、持续学习与多模态学习，与我本科阶段的工作高度契合，因此特来信咨询您是否有接收 2027 级推免硕士生或科研实习生的计划。</w:t>
      </w:r>
    </w:p>
    <w:p>
      <w:pPr>
        <w:spacing w:after="120" w:line="360" w:lineRule="auto"/>
        <w:ind w:firstLine="480"/>
      </w:pPr>
      <w:r>
        <w:t>科研方面，我以第一作者完成论文《iCoLoc: An Interactive System for Spatial Co-location Pattern Mining via LLM-Guided Intent and Contrastive Preference Learning》，已被 APWeb-WAIM 2026 Demo Track 录用（CCF C 类会议，2026 年 9 月于越南岘港举办）。该工作用本地大模型解析用户的模糊查询意图，再通过对比偏好学习依据用户的交互反馈持续更新排序模型，对空间共位模式进行重排；在十轮模拟交互中，排序准确率由基线的 0.80 提升至 0.98。整个流程由我独立完成，包括问题定义、方法设计、实验与论文撰写。</w:t>
      </w:r>
    </w:p>
    <w:p>
      <w:pPr>
        <w:spacing w:after="120" w:line="360" w:lineRule="auto"/>
        <w:ind w:firstLine="480"/>
      </w:pPr>
      <w:r>
        <w:t>这项工作最吸引我的地方，恰好落在您研究方向的交叉处：它本质上是一个「智能体在与人的多轮交互中持续学习」的问题。模型需要在没有标注数据、只有稀疏偏好信号的情况下增量更新，同时不能因为最近几轮的反馈而遗忘早期已经学到的用户意图——这正是持续学习中灾难性遗忘的现实版本。我当时用对比损失加上历史样本回放做了缓解，但方法比较朴素，也让我意识到自己在持续学习的理论层面存在明显短板，很希望能在更系统的指导下把这条线做深。</w:t>
      </w:r>
    </w:p>
    <w:p>
      <w:pPr>
        <w:spacing w:after="120" w:line="360" w:lineRule="auto"/>
        <w:ind w:firstLine="480"/>
      </w:pPr>
      <w:r>
        <w:t>在工程实践方面，我基于 OpenClaw 搭建了一套多智能体协作系统，实现了任务分解、工具调用、记忆检索与文献调研等工作流；并独立开发了本地 RAG 系统，采用向量与关键词混合召回、RRF 融合与大模型重排。此外我完成过基于机器视觉的轮式机器人系统设计，以香橙派运行 ROS2 与视觉算法、STM32 负责底盘实时控制，因此对多模态感知在真实约束下的落地问题也有一些体会。</w:t>
      </w:r>
    </w:p>
    <w:p>
      <w:pPr>
        <w:spacing w:after="120" w:line="360" w:lineRule="auto"/>
        <w:ind w:firstLine="480"/>
      </w:pPr>
      <w:r>
        <w:t>如果有机会加入您的团队，我希望研究智能体如何在长期部署中持续积累经验而不退化：具体包括如何把交互轨迹与工具使用记录组织成可检索、可更新的长期记忆，如何让智能体依据置信度决定执行、追问还是回滚，以及如何在增量更新中避免遗忘。我目前正在系统学习 PPO、DPO 与 GRPO 的原理与实现，希望入学前把强化学习与后训练这部分基础打扎实。</w:t>
      </w:r>
    </w:p>
    <w:p>
      <w:pPr>
        <w:spacing w:after="120" w:line="360" w:lineRule="auto"/>
        <w:ind w:firstLine="480"/>
      </w:pPr>
      <w:r>
        <w:t>此外，我曾在南京拓尔思智能系统有限公司担任数据科学实习生，获全国大学生蓝桥杯 Python 程序设计大学 B 组国家级二等奖及省级一等奖，能够独立使用 Python 与 PyTorch 完成工程开发与科研实验。</w:t>
      </w:r>
    </w:p>
    <w:p>
      <w:pPr>
        <w:spacing w:after="120" w:line="360" w:lineRule="auto"/>
        <w:ind w:firstLine="480"/>
      </w:pPr>
      <w:r>
        <w:t>附件为我的个人简历、本科成绩单、专业排名证明及论文首页，供您参考。若您本年度有推免招生计划，我非常希望能获得进一步交流和学习的机会。感谢您在百忙之中阅读本信，祝您工作顺利、身体健康！</w:t>
      </w:r>
    </w:p>
    <w:p/>
    <w:p>
      <w:pPr>
        <w:spacing w:line="336" w:lineRule="auto"/>
      </w:pPr>
      <w:r>
        <w:t>此致</w:t>
      </w:r>
    </w:p>
    <w:p>
      <w:pPr>
        <w:spacing w:line="336" w:lineRule="auto"/>
      </w:pPr>
      <w:r>
        <w:t>敬礼！</w:t>
      </w:r>
    </w:p>
    <w:p>
      <w:pPr>
        <w:spacing w:line="336" w:lineRule="auto"/>
      </w:pPr>
    </w:p>
    <w:p>
      <w:pPr>
        <w:spacing w:line="336" w:lineRule="auto"/>
      </w:pPr>
      <w:r>
        <w:t>学生：叶西佳</w:t>
      </w:r>
    </w:p>
    <w:p>
      <w:pPr>
        <w:spacing w:line="336" w:lineRule="auto"/>
      </w:pPr>
      <w:r>
        <w:t>桂林电子科技大学  计算机与信息安全学院  智能科学与技术专业</w:t>
      </w:r>
    </w:p>
    <w:p>
      <w:pPr>
        <w:spacing w:line="336" w:lineRule="auto"/>
      </w:pPr>
      <w:r>
        <w:t>日期：2026年8月12日</w:t>
      </w:r>
    </w:p>
    <w:p>
      <w:pPr>
        <w:spacing w:line="336" w:lineRule="auto"/>
      </w:pPr>
      <w:r>
        <w:t>电话：15577385181　邮箱：yexijia1124@gmail.com</w:t>
      </w:r>
    </w:p>
    <w:p>
      <w:pPr>
        <w:spacing w:line="336" w:lineRule="auto"/>
      </w:pPr>
      <w:r>
        <w:t>GitHub：github.com/Deshill-study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