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Linux 服务器安全检查与加固手册</w:t>
      </w:r>
    </w:p>
    <w:p>
      <w:pPr>
        <w:jc w:val="center"/>
      </w:pPr>
      <w:r>
        <w:t>个人学习工作台 · frp + SSH 实战记录</w:t>
      </w:r>
    </w:p>
    <w:p>
      <w:pPr>
        <w:jc w:val="center"/>
      </w:pPr>
      <w:r>
        <w:t>整理日期：2026-10-05  ·  适用：Ubuntu / CentOS / OpenCloudOS</w:t>
      </w:r>
    </w:p>
    <w:p>
      <w:pPr>
        <w:pStyle w:val="Heading1"/>
      </w:pPr>
      <w:r>
        <w:t>〇、背景与结论</w:t>
      </w:r>
    </w:p>
    <w:p>
      <w:r>
        <w:t>家里服务器通过 frp 反向代理（frpc 在家里，frps 在公网云服务器）把 SSH 暴露到公网，导致被全球扫描器暴力破解。本手册记录排查思路、判断是否被入侵的方法，以及加固命令。</w:t>
      </w:r>
    </w:p>
    <w:p>
      <w:r>
        <w:t>本次排查最终结论：没有被入侵（无任何陌生 IP 登录成功记录），所有暴力破解均失败。已通过“更换冷门端口 + 高强度 token”完成加固，扫描量几乎降为零。</w:t>
      </w:r>
    </w:p>
    <w:p>
      <w:r>
        <w:t>核心认知：</w:t>
      </w:r>
    </w:p>
    <w:p>
      <w:pPr>
        <w:pStyle w:val="ListBullet"/>
      </w:pPr>
      <w:r>
        <w:t>Failed password / Invalid user = 有人在“尝试”，但没成功，属于日常背景噪音。</w:t>
      </w:r>
    </w:p>
    <w:p>
      <w:pPr>
        <w:pStyle w:val="ListBullet"/>
      </w:pPr>
      <w:r>
        <w:t>Accepted password/publickey = “登录成功”，只有来自陌生 IP 时才是真出事。</w:t>
      </w:r>
    </w:p>
    <w:p>
      <w:pPr>
        <w:pStyle w:val="ListBullet"/>
      </w:pPr>
      <w:r>
        <w:t>last 有记录 ≠ 被入侵，绝大多数成功登录记录就是你自己。</w:t>
      </w:r>
    </w:p>
    <w:p>
      <w:pPr>
        <w:pStyle w:val="ListBullet"/>
      </w:pPr>
      <w:r>
        <w:t>开端口 ≠ 有服务：防火墙放行后，还必须有程序监听该端口才能连。</w:t>
      </w:r>
    </w:p>
    <w:p>
      <w:pPr>
        <w:pStyle w:val="Heading1"/>
      </w:pPr>
      <w:r>
        <w:t>一、检查是否被入侵（最重要）</w:t>
      </w:r>
    </w:p>
    <w:p>
      <w:pPr>
        <w:pStyle w:val="Heading2"/>
      </w:pPr>
      <w:r>
        <w:t>1. 查看成功登录记录 last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last                       # 所有成功登录 + 开机记录</w:t>
        <w:br/>
        <w:t>last -n 20                 # 最近 20 条</w:t>
        <w:br/>
        <w:t>last -F                    # 完整登录/注销时间</w:t>
        <w:br/>
        <w:t>last root                  # 只看某用户</w:t>
        <w:br/>
        <w:t>last reboot                # 只看开机/重启记录</w:t>
        <w:br/>
        <w:t>last -a                    # 来源 IP 显示在最后</w:t>
      </w:r>
    </w:p>
    <w:p>
      <w:r>
        <w:t>列含义：用户名  终端  来源IP  登录时间  状态（still logged in / 停留时长）。</w:t>
      </w:r>
    </w:p>
    <w:p>
      <w:r>
        <w:t>判断要点：核对每条记录的 IP 和时间是否对得上你自己的行踪（如家里宽带、出差地点）。</w:t>
      </w:r>
    </w:p>
    <w:p>
      <w:pPr>
        <w:pStyle w:val="Heading2"/>
      </w:pPr>
      <w:r>
        <w:t>2. 只看“登录成功”的 SSH 日志（关键证据）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# Debian / Ubuntu</w:t>
        <w:br/>
        <w:t>sudo grep -i "Accepted" /var/log/auth.log* | tail -20</w:t>
        <w:br/>
        <w:br/>
        <w:t># CentOS / RHEL / OpenCloudOS</w:t>
        <w:br/>
        <w:t>sudo grep -i "Accepted" /var/log/secure* | tail -20</w:t>
        <w:br/>
        <w:br/>
        <w:t># 通用（systemd）</w:t>
        <w:br/>
        <w:t>sudo journalctl | grep -i "Accepted"</w:t>
      </w:r>
    </w:p>
    <w:p>
      <w:r>
        <w:t>注意：含 “PubkeyAcceptedAlgorithms” 的行不是登录成功，只是因为单词里带 Accepted 被匹配出来，它实际是“扫描器用老算法公钥被拒”。真正的成功记录长这样：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Accepted password for root from 117.181.161.203 port 24688 ssh2</w:t>
      </w:r>
    </w:p>
    <w:p>
      <w:pPr>
        <w:pStyle w:val="Heading2"/>
      </w:pPr>
      <w:r>
        <w:t>3. 查看当前在线用户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who                        # 当前登录的用户</w:t>
        <w:br/>
        <w:t>w                          # 更详细：在线用户在做什么</w:t>
        <w:br/>
        <w:t>lastlog                    # 每个账号最后一次登录（可发现陌生账号）</w:t>
      </w:r>
    </w:p>
    <w:p>
      <w:pPr>
        <w:pStyle w:val="Heading2"/>
      </w:pPr>
      <w:r>
        <w:t>4. 查看登录失败记录（暴力破解证据）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sudo lastb -n 20           # 所有失败登录，需 root</w:t>
        <w:br/>
        <w:t>sudo lastb                 # 完整失败记录</w:t>
      </w:r>
    </w:p>
    <w:p>
      <w:pPr>
        <w:pStyle w:val="Heading1"/>
      </w:pPr>
      <w:r>
        <w:t>二、用 tcpdump 抓真实攻击 IP</w:t>
      </w:r>
    </w:p>
    <w:p>
      <w:r>
        <w:t>frp 转发后家里 sshd 看到的来源全是 127.0.0.1，真实 IP 被掩盖。唯一能看到真实 IP 的位置，是在公网 frps 服务器上、流量进隧道之前抓包。</w:t>
      </w:r>
    </w:p>
    <w:p>
      <w:pPr>
        <w:pStyle w:val="Heading2"/>
      </w:pPr>
      <w:r>
        <w:t>1. 实时查看某端口连接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sudo tcpdump -nn 'tcp port 7001'</w:t>
        <w:br/>
        <w:t>sudo tcpdump -nn 'tcp port 38421 or tcp port 7001'</w:t>
      </w:r>
    </w:p>
    <w:p>
      <w:pPr>
        <w:pStyle w:val="Heading2"/>
      </w:pPr>
      <w:r>
        <w:t>2. 统计 30 秒内各来源 IP 的数据包数量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sudo timeout 30 tcpdump -nn -i any 'tcp port 7001 and tcp[tcpflags] &amp; tcp-push != 0' 2&gt;/dev/null \</w:t>
        <w:br/>
        <w:t xml:space="preserve"> | awk '{print $5}' | cut -d. -f1-4 | sort | uniq -c | sort -rn</w:t>
      </w:r>
    </w:p>
    <w:p>
      <w:r>
        <w:t>说明：</w:t>
      </w:r>
    </w:p>
    <w:p>
      <w:pPr>
        <w:pStyle w:val="ListBullet"/>
      </w:pPr>
      <w:r>
        <w:t>timeout 30：抓 30 秒自动停止。</w:t>
      </w:r>
    </w:p>
    <w:p>
      <w:pPr>
        <w:pStyle w:val="ListBullet"/>
      </w:pPr>
      <w:r>
        <w:t>-nn：直接显示 IP/端口，不做解析。</w:t>
      </w:r>
    </w:p>
    <w:p>
      <w:pPr>
        <w:pStyle w:val="ListBullet"/>
      </w:pPr>
      <w:r>
        <w:t>-i any：抓所有网卡。</w:t>
      </w:r>
    </w:p>
    <w:p>
      <w:pPr>
        <w:pStyle w:val="ListBullet"/>
      </w:pPr>
      <w:r>
        <w:t>tcp[tcpflags] &amp; tcp-push != 0：只抓真正发送数据（Push）的包，过滤空 ACK。</w:t>
      </w:r>
    </w:p>
    <w:p>
      <w:pPr>
        <w:pStyle w:val="ListBullet"/>
      </w:pPr>
      <w:r>
        <w:t>awk 取列 + cut 去端口 + sort | uniq -c：统计每个 IP 的包数。</w:t>
      </w:r>
    </w:p>
    <w:p>
      <w:r>
        <w:t>注意列号随系统变化：部分系统 -i any 会在前面加 “In/Out” 方向标记，导致源 IP 从第 3 列后移到第 4 或第 5 列。先不加管道直接看几行、数清楚列号，再调整 awk 的 $N。</w:t>
      </w:r>
    </w:p>
    <w:p>
      <w:pPr>
        <w:pStyle w:val="Heading2"/>
      </w:pPr>
      <w:r>
        <w:t>3. 只统计入站（主动来攻击）的 IP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sudo timeout 30 tcpdump -nn -i any 'tcp port 7001 and tcp[tcpflags] &amp; tcp-push != 0' 2&gt;/dev/null \</w:t>
        <w:br/>
        <w:t xml:space="preserve"> | awk '$2=="In"{print $5}' | cut -d. -f1-4 | sort | uniq -c | sort -rn</w:t>
      </w:r>
    </w:p>
    <w:p>
      <w:pPr>
        <w:pStyle w:val="Heading2"/>
      </w:pPr>
      <w:r>
        <w:t>4. 看懂 TCP 标志</w:t>
      </w:r>
    </w:p>
    <w:p>
      <w:pPr>
        <w:pStyle w:val="ListBullet"/>
      </w:pPr>
      <w:r>
        <w:t>[S] SYN：连接第一声敲门（探测端口是否开放）。</w:t>
      </w:r>
    </w:p>
    <w:p>
      <w:pPr>
        <w:pStyle w:val="ListBullet"/>
      </w:pPr>
      <w:r>
        <w:t>[P.] Push+ACK：发送数据（用户名/密码字典）。</w:t>
      </w:r>
    </w:p>
    <w:p>
      <w:pPr>
        <w:pStyle w:val="ListBullet"/>
      </w:pPr>
      <w:r>
        <w:t>[.] ACK：确认，不带数据。</w:t>
      </w:r>
    </w:p>
    <w:p>
      <w:pPr>
        <w:pStyle w:val="ListBullet"/>
      </w:pPr>
      <w:r>
        <w:t>[R.] RST：端口无服务，直接拒绝（服务挪走后空端口的反应）。</w:t>
      </w:r>
    </w:p>
    <w:p>
      <w:pPr>
        <w:pStyle w:val="ListBullet"/>
      </w:pPr>
      <w:r>
        <w:t>[F.] FIN：正常关闭连接（扫描器试完即走）。</w:t>
      </w:r>
    </w:p>
    <w:p>
      <w:pPr>
        <w:pStyle w:val="Heading1"/>
      </w:pPr>
      <w:r>
        <w:t>三、frp 加固操作</w:t>
      </w:r>
    </w:p>
    <w:p>
      <w:pPr>
        <w:pStyle w:val="Heading2"/>
      </w:pPr>
      <w:r>
        <w:t>1. 更换为冷门端口（降噪效果最明显）</w:t>
      </w:r>
    </w:p>
    <w:p>
      <w:r>
        <w:t>编辑家里 frpc 配置文件（先找到它）：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sudo find / -name 'frpc.ini' 2&gt;/dev/null</w:t>
        <w:br/>
        <w:t>sudo find / -name 'frpc.*' 2&gt;/dev/null      # 新版可能是 toml/yaml</w:t>
        <w:br/>
        <w:t>ps aux | grep frpc                          # 直接看进程用的配置路径</w:t>
        <w:br/>
        <w:t>systemctl status frpc</w:t>
      </w:r>
    </w:p>
    <w:p>
      <w:r>
        <w:t>把对应代理的 remote_port 改成冷门高端口（范围 1024–65535，避开知名/整十端口）：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[digger-ssh]</w:t>
        <w:br/>
        <w:t>type = tcp</w:t>
        <w:br/>
        <w:t>local_ip = 127.0.0.1</w:t>
        <w:br/>
        <w:t>local_port = 22</w:t>
        <w:br/>
        <w:t>remote_port = 38421              # 改成冷门端口</w:t>
      </w:r>
    </w:p>
    <w:p>
      <w:pPr>
        <w:pStyle w:val="Heading2"/>
      </w:pPr>
      <w:r>
        <w:t>2. 设置高强度 token</w:t>
      </w:r>
    </w:p>
    <w:p>
      <w:r>
        <w:t>生成随机 token：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openssl rand -base64 36</w:t>
      </w:r>
    </w:p>
    <w:p>
      <w:r>
        <w:t>在 frps 和 frpc 两边 [common] 段填写完全相同的 token：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[common]</w:t>
        <w:br/>
        <w:t>authentication_method = token</w:t>
        <w:br/>
        <w:t>token = 你的长随机串</w:t>
      </w:r>
    </w:p>
    <w:p>
      <w:r>
        <w:t>token 是 frpc 连接 frps 的“暗号”，防止别人私接你的 frp 隧道。token 属于敏感信息，别发群、别提交 git。</w:t>
      </w:r>
    </w:p>
    <w:p>
      <w:pPr>
        <w:pStyle w:val="Heading2"/>
      </w:pPr>
      <w:r>
        <w:t>3. 重启并验证（顺序很重要）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# 1) 公网服务器重启 frps</w:t>
        <w:br/>
        <w:t>sudo systemctl restart frps</w:t>
        <w:br/>
        <w:br/>
        <w:t># 2) 家里服务器重启 frpc</w:t>
        <w:br/>
        <w:t>sudo systemctl restart frpc</w:t>
        <w:br/>
        <w:br/>
        <w:t># 3) 公网机确认新端口在监听</w:t>
        <w:br/>
        <w:t>sudo ss -tlnp | grep 38421</w:t>
        <w:br/>
        <w:br/>
        <w:t># 4) 用新端口测试 SSH 能登录</w:t>
        <w:br/>
        <w:t>ssh ubuntu@公网IP -p 38421</w:t>
        <w:br/>
        <w:br/>
        <w:t># 5) 看 frpc 日志排查（如认证失败）</w:t>
        <w:br/>
        <w:t>journalctl -u frpc -n 30</w:t>
      </w:r>
    </w:p>
    <w:p>
      <w:r>
        <w:t>常见报错：</w:t>
      </w:r>
    </w:p>
    <w:p>
      <w:pPr>
        <w:pStyle w:val="ListBullet"/>
      </w:pPr>
      <w:r>
        <w:t>token in login doesn't match token from configuration：两边 token 不一致，通常是 frps 改了配置但没重启（frps 只在启动时读取配置）。</w:t>
      </w:r>
    </w:p>
    <w:p>
      <w:pPr>
        <w:pStyle w:val="ListBullet"/>
      </w:pPr>
      <w:r>
        <w:t>port not allowed：frps 的 allowPorts 没放行新端口。</w:t>
      </w:r>
    </w:p>
    <w:p>
      <w:pPr>
        <w:pStyle w:val="Heading2"/>
      </w:pPr>
      <w:r>
        <w:t>4. 确认新端口稳定后，再关闭旧端口 7001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# firewalld</w:t>
        <w:br/>
        <w:t>firewall-cmd --permanent --remove-port=7001/tcp</w:t>
        <w:br/>
        <w:t>firewall-cmd --reload</w:t>
        <w:br/>
        <w:br/>
        <w:t># 确认端口列表</w:t>
        <w:br/>
        <w:t>firewall-cmd --list-ports</w:t>
      </w:r>
    </w:p>
    <w:p>
      <w:r>
        <w:t>同时在云厂商控制台（如腾讯云）安全组里删除 7001。⚠️ 新端口没验证能登录之前，绝对不要封旧端口，避免把自己锁在外面。</w:t>
      </w:r>
    </w:p>
    <w:p>
      <w:pPr>
        <w:pStyle w:val="Heading1"/>
      </w:pPr>
      <w:r>
        <w:t>四、防火墙端口梳理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firewall-cmd --list-ports                         # 查看已放行端口</w:t>
        <w:br/>
        <w:t>firewall-cmd --permanent --add-port=38421/tcp     # 添加端口</w:t>
        <w:br/>
        <w:t>firewall-cmd --permanent --remove-port=8888/tcp    # 删除单个端口</w:t>
        <w:br/>
        <w:t>firewall-cmd --permanent --remove-port=39000-40000/tcp  # 删除端口段</w:t>
        <w:br/>
        <w:t>firewall-cmd --reload                             # 重新加载生效</w:t>
      </w:r>
    </w:p>
    <w:p>
      <w:r>
        <w:t>删除前先确认端口是否有程序在用：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ss -tlnp | awk '{print $4}' | grep -oE '[0-9]+$' | sort -un | awk '$1&gt;=39000 &amp;&amp; $1&lt;=40000'</w:t>
        <w:br/>
        <w:t># 无输出 = 没有服务使用，可放心删除</w:t>
      </w:r>
    </w:p>
    <w:p>
      <w:r>
        <w:t>建议：开放面越小越好。只保留真正需要远程访问的端口，其余统统关闭；尤其注意 Web 面板/开发服务（如 8787、9999、5173 等）往往是弱口令重灾区。云安全组是独立的第二道防火墙，也要同步梳理。</w:t>
      </w:r>
    </w:p>
    <w:p>
      <w:pPr>
        <w:pStyle w:val="Heading1"/>
      </w:pPr>
      <w:r>
        <w:t>五、后续可选加固（有精力再做）</w:t>
      </w:r>
    </w:p>
    <w:p>
      <w:pPr>
        <w:pStyle w:val="ListBullet"/>
      </w:pPr>
      <w:r>
        <w:t>SSH 改密钥登录、禁用密码登录（PasswordAuthentication no + PubkeyAuthentication yes），可彻底杜绝密码暴力破解。</w:t>
      </w:r>
    </w:p>
    <w:p>
      <w:pPr>
        <w:pStyle w:val="ListBullet"/>
      </w:pPr>
      <w:r>
        <w:t>安装 fail2ban，自动封禁反复失败的 IP（需配合 proxy protocol 拿到真实 IP）。</w:t>
      </w:r>
    </w:p>
    <w:p>
      <w:pPr>
        <w:pStyle w:val="ListBullet"/>
      </w:pPr>
      <w:r>
        <w:t>frp 开启 TLS（tls_enable = true），加密隧道传输。</w:t>
      </w:r>
    </w:p>
    <w:p>
      <w:pPr>
        <w:pStyle w:val="ListBullet"/>
      </w:pPr>
      <w:r>
        <w:t>考虑用 Tailscale 替代部分 frp 映射：端口不对公网开放，只允许自己设备接入。</w:t>
      </w:r>
    </w:p>
    <w:p>
      <w:pPr>
        <w:pStyle w:val="ListBullet"/>
      </w:pPr>
      <w:r>
        <w:t>Web 服务配置安全响应头（X-Frame-Options、X-Content-Type-Options、HSTS、CSP），并隐藏 X-Powered-By / Nginx 版本号。</w:t>
      </w:r>
    </w:p>
    <w:p>
      <w:pPr>
        <w:pStyle w:val="ListBullet"/>
      </w:pPr>
      <w:r>
        <w:t>定期更新系统补丁、检查陌生账号与定时任务。</w:t>
      </w:r>
    </w:p>
    <w:p>
      <w:pPr>
        <w:pStyle w:val="Heading1"/>
      </w:pPr>
      <w:r>
        <w:t>六、命令速查表</w:t>
      </w:r>
    </w:p>
    <w:p>
      <w:pPr>
        <w:ind w:left="240"/>
      </w:pPr>
      <w:r>
        <w:rPr>
          <w:rFonts w:ascii="Consolas" w:hAnsi="Consolas"/>
          <w:color w:val="1A5C2E"/>
          <w:sz w:val="19"/>
        </w:rPr>
        <w:t>ps aux                 静态查看所有进程</w:t>
        <w:br/>
        <w:t>top                    实时查看 CPU/内存（q 退出）</w:t>
        <w:br/>
        <w:t>kill PID / kill -9 PID 礼貌结束 / 强制结束</w:t>
        <w:br/>
        <w:t>Ctrl+C / Ctrl+Z        终止前台 / 挂起前台</w:t>
        <w:br/>
        <w:t>jobs / bg %n / fg %n   查看任务 / 后台继续 / 调回前台</w:t>
        <w:br/>
        <w:t>ss -tlnp               查看正在监听的端口</w:t>
        <w:br/>
        <w:t>last / lastb           成功登录 / 失败登录</w:t>
        <w:br/>
        <w:t>who / w / lastlog      在线用户 / 在线详情 / 各账号最后登录</w:t>
        <w:br/>
        <w:t>tcpdump -nn            抓包（-nn 不解析）</w:t>
        <w:br/>
        <w:t>sort | uniq -c         排序后统计出现次数</w:t>
        <w:br/>
        <w:t>&gt; file / &gt;&gt; file       覆盖写入 / 追加写入</w:t>
        <w:br/>
        <w:t>2&gt;&amp;1                   把标准错误重定向到标准输出去向</w:t>
        <w:br/>
        <w:t>firewall-cmd           firewalld 端口管理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