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ROS2 Humble 入门实战手册</w:t>
      </w:r>
    </w:p>
    <w:p>
      <w:pPr>
        <w:jc w:val="center"/>
      </w:pPr>
      <w:r>
        <w:t>—— 从零理解节点、话题，到写出第一个 Python 节点</w:t>
      </w:r>
    </w:p>
    <w:p>
      <w:pPr>
        <w:jc w:val="center"/>
      </w:pPr>
      <w:r>
        <w:t>适用平台：香橙派 AIpro（Ubuntu 22.04 / ROS2 Humble）</w:t>
        <w:br/>
        <w:t>整理：小小叶 🍃</w:t>
      </w:r>
    </w:p>
    <w:p>
      <w:r>
        <w:br w:type="page"/>
      </w:r>
    </w:p>
    <w:p>
      <w:pPr>
        <w:pStyle w:val="Heading1"/>
      </w:pPr>
      <w:r>
        <w:t>一、核心概念：节点 与 话题</w:t>
      </w:r>
    </w:p>
    <w:p>
      <w:pPr>
        <w:pStyle w:val="Heading2"/>
      </w:pPr>
      <w:r>
        <w:t>1.1 用手机 App 来理解</w:t>
      </w:r>
    </w:p>
    <w:p>
      <w:r>
        <w:t>可以把整个 ROS2 系统想象成一台手机：</w:t>
      </w:r>
    </w:p>
    <w:p>
      <w:pPr>
        <w:pStyle w:val="ListBullet"/>
      </w:pPr>
      <w:r>
        <w:t>节点（Node）= 手机上一个个独立运行的 App，每个 App 专门干一件事（相机、地图、音乐……）。</w:t>
      </w:r>
    </w:p>
    <w:p>
      <w:pPr>
        <w:pStyle w:val="ListBullet"/>
      </w:pPr>
      <w:r>
        <w:t>话题（Topic）= App 之间传递数据的“公共频道”，类似公众号/朋友圈。</w:t>
      </w:r>
    </w:p>
    <w:p>
      <w:pPr>
        <w:pStyle w:val="Heading2"/>
      </w:pPr>
      <w:r>
        <w:t>1.2 发布 / 订阅模型</w:t>
      </w:r>
    </w:p>
    <w:p>
      <w:r>
        <w:t>节点之间不直接对话，而是通过话题发消息：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发布者(talker)  →   话题(/chatter)   →  订阅者(listener)</w:t>
        <w:br/>
        <w:t xml:space="preserve">  只管发，不管谁收      公共频道         订阅了就能收到</w:t>
      </w:r>
    </w:p>
    <w:p>
      <w:pPr>
        <w:pStyle w:val="ListBullet"/>
      </w:pPr>
      <w:r>
        <w:t>发布者只管往话题里发，不关心有几个人收。</w:t>
      </w:r>
    </w:p>
    <w:p>
      <w:pPr>
        <w:pStyle w:val="ListBullet"/>
      </w:pPr>
      <w:r>
        <w:t>订阅者只管“订阅”话题，不认识发布者。</w:t>
      </w:r>
    </w:p>
    <w:p>
      <w:pPr>
        <w:pStyle w:val="ListBullet"/>
      </w:pPr>
      <w:r>
        <w:t>这种互不相识的设计叫“松耦合/解耦”，可以像拼乐高一样搭建复杂机器人。</w:t>
      </w:r>
    </w:p>
    <w:p>
      <w:pPr>
        <w:pStyle w:val="Heading2"/>
      </w:pPr>
      <w:r>
        <w:t>1.3 机器人中的数据流示例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摄像头节点 → 图像话题 → 识别节点</w:t>
        <w:br/>
        <w:t>雷达节点   → 距离话题 → 导航节点 → 速度话题 → 电机节点</w:t>
      </w:r>
    </w:p>
    <w:p>
      <w:pPr>
        <w:pStyle w:val="Heading1"/>
      </w:pPr>
      <w:r>
        <w:t>二、ROS2 常用调试命令</w:t>
      </w:r>
    </w:p>
    <w:p>
      <w:r>
        <w:t>先在一个终端运行 talker，另一个终端运行 listener：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ros2 run demo_nodes_cpp talker</w:t>
        <w:br/>
        <w:t>ros2 run demo_nodes_py listener</w:t>
      </w:r>
    </w:p>
    <w:p>
      <w:r>
        <w:t>然后在第三个终端依次尝试：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ros2 node list              # 查看当前所有节点</w:t>
        <w:br/>
        <w:t>ros2 topic list             # 查看所有话题</w:t>
        <w:br/>
        <w:t>ros2 topic echo /chatter    # 临时订阅，“偷听”话题内容</w:t>
        <w:br/>
        <w:t>ros2 topic info /chatter    # 查看发布者/订阅者数量</w:t>
        <w:br/>
        <w:t>ros2 interface show std_msgs/msg/String   # 查看消息结构</w:t>
      </w:r>
    </w:p>
    <w:p>
      <w:pPr>
        <w:pStyle w:val="Heading1"/>
      </w:pPr>
      <w:r>
        <w:t>三、创建自己的工作空间（colcon）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mkdir -p ~/project/ros2_ws/src</w:t>
        <w:br/>
        <w:t>cd ~/project/ros2_ws</w:t>
        <w:br/>
        <w:t>colcon build</w:t>
        <w:br/>
        <w:t>source install/setup.bash</w:t>
      </w:r>
    </w:p>
    <w:p>
      <w:r>
        <w:t>目录说明：</w:t>
      </w:r>
    </w:p>
    <w:p>
      <w:pPr>
        <w:pStyle w:val="ListBullet"/>
      </w:pPr>
      <w:r>
        <w:t>src/：你写代码的地方（唯一需要手动编辑）。</w:t>
      </w:r>
    </w:p>
    <w:p>
      <w:pPr>
        <w:pStyle w:val="ListBullet"/>
      </w:pPr>
      <w:r>
        <w:t>build/：编译中间产物。</w:t>
      </w:r>
    </w:p>
    <w:p>
      <w:pPr>
        <w:pStyle w:val="ListBullet"/>
      </w:pPr>
      <w:r>
        <w:t>install/：编译好、可运行的结果。</w:t>
      </w:r>
    </w:p>
    <w:p>
      <w:pPr>
        <w:pStyle w:val="ListBullet"/>
      </w:pPr>
      <w:r>
        <w:t>log/：日志。</w:t>
      </w:r>
    </w:p>
    <w:p>
      <w:r>
        <w:t>固定工作流：在 src 写代码 → colcon build → source install/setup.bash → 运行。</w:t>
      </w:r>
    </w:p>
    <w:p>
      <w:r>
        <w:t>提示：src 为空时 colcon build 会显示 “0 packages finished”，属于正常现象。</w:t>
      </w:r>
    </w:p>
    <w:p>
      <w:pPr>
        <w:pStyle w:val="Heading1"/>
      </w:pPr>
      <w:r>
        <w:t>四、写出第一个 Python 发布节点</w:t>
      </w:r>
    </w:p>
    <w:p>
      <w:pPr>
        <w:pStyle w:val="Heading2"/>
      </w:pPr>
      <w:r>
        <w:t>第 1 步：创建 Python 包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cd ~/project/ros2_ws/src</w:t>
        <w:br/>
        <w:t>ros2 pkg create --build-type ament_python my_first_pkg</w:t>
      </w:r>
    </w:p>
    <w:p>
      <w:r>
        <w:t>生成的关键文件：</w:t>
      </w:r>
    </w:p>
    <w:p>
      <w:pPr>
        <w:pStyle w:val="ListBullet"/>
      </w:pPr>
      <w:r>
        <w:t>my_first_pkg/my_first_pkg/：真正放节点代码的目录。</w:t>
      </w:r>
    </w:p>
    <w:p>
      <w:pPr>
        <w:pStyle w:val="ListBullet"/>
      </w:pPr>
      <w:r>
        <w:t>setup.py：用于注册运行入口（后面要改）。</w:t>
      </w:r>
    </w:p>
    <w:p>
      <w:pPr>
        <w:pStyle w:val="ListBullet"/>
      </w:pPr>
      <w:r>
        <w:t>package.xml：包的描述与依赖。</w:t>
      </w:r>
    </w:p>
    <w:p>
      <w:pPr>
        <w:pStyle w:val="Heading2"/>
      </w:pPr>
      <w:r>
        <w:t>第 2 步：编写发布节点</w:t>
      </w:r>
    </w:p>
    <w:p>
      <w:r>
        <w:t>新建文件 my_first_pkg/my_first_pkg/publisher_node.py，内容如下：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import rclpy</w:t>
        <w:br/>
        <w:t>from rclpy.node import Node</w:t>
        <w:br/>
        <w:t>from std_msgs.msg import String</w:t>
        <w:br/>
        <w:br/>
        <w:br/>
        <w:t>class MyPublisher(Node):</w:t>
        <w:br/>
        <w:t xml:space="preserve">    def __init__(self):</w:t>
        <w:br/>
        <w:t xml:space="preserve">        super().__init__('my_publisher')</w:t>
        <w:br/>
        <w:t xml:space="preserve">        self.publisher_ = self.create_publisher(String, 'my_topic', 10)</w:t>
        <w:br/>
        <w:t xml:space="preserve">        self.timer = self.create_timer(1.0, self.timer_callback)</w:t>
        <w:br/>
        <w:t xml:space="preserve">        self.counter = 0</w:t>
        <w:br/>
        <w:br/>
        <w:t xml:space="preserve">    def timer_callback(self):</w:t>
        <w:br/>
        <w:t xml:space="preserve">        msg = String()</w:t>
        <w:br/>
        <w:t xml:space="preserve">        msg.data = f'我自己写的节点，第 {self.counter} 条'</w:t>
        <w:br/>
        <w:t xml:space="preserve">        self.publisher_.publish(msg)</w:t>
        <w:br/>
        <w:t xml:space="preserve">        self.get_logger().info(f'发送: {msg.data}')</w:t>
        <w:br/>
        <w:t xml:space="preserve">        self.counter += 1</w:t>
        <w:br/>
        <w:br/>
        <w:br/>
        <w:t>def main(args=None):</w:t>
        <w:br/>
        <w:t xml:space="preserve">    rclpy.init(args=args)</w:t>
        <w:br/>
        <w:t xml:space="preserve">    node = MyPublisher()</w:t>
        <w:br/>
        <w:t xml:space="preserve">    rclpy.spin(node)</w:t>
        <w:br/>
        <w:t xml:space="preserve">    node.destroy_node()</w:t>
        <w:br/>
        <w:t xml:space="preserve">    rclpy.shutdown()</w:t>
        <w:br/>
        <w:br/>
        <w:br/>
        <w:t>if __name__ == '__main__':</w:t>
        <w:br/>
        <w:t xml:space="preserve">    main()</w:t>
      </w:r>
    </w:p>
    <w:p>
      <w:pPr>
        <w:pStyle w:val="Heading2"/>
      </w:pPr>
      <w:r>
        <w:t>代码讲解</w:t>
      </w:r>
    </w:p>
    <w:p>
      <w:pPr>
        <w:pStyle w:val="ListBullet"/>
      </w:pPr>
      <w:r>
        <w:t>import rclpy：ROS2 的 Python 客户端库。</w:t>
      </w:r>
    </w:p>
    <w:p>
      <w:pPr>
        <w:pStyle w:val="ListBullet"/>
      </w:pPr>
      <w:r>
        <w:t>class MyPublisher(Node)：定义节点，继承 Node。</w:t>
      </w:r>
    </w:p>
    <w:p>
      <w:pPr>
        <w:pStyle w:val="ListBullet"/>
      </w:pPr>
      <w:r>
        <w:t>super().__init__('my_publisher')：给节点命名。</w:t>
      </w:r>
    </w:p>
    <w:p>
      <w:pPr>
        <w:pStyle w:val="ListBullet"/>
      </w:pPr>
      <w:r>
        <w:t>create_publisher(String, 'my_topic', 10)：往话题 my_topic 发布 String 消息，10 为队列长度。</w:t>
      </w:r>
    </w:p>
    <w:p>
      <w:pPr>
        <w:pStyle w:val="ListBullet"/>
      </w:pPr>
      <w:r>
        <w:t>create_timer(1.0, callback)：每隔 1 秒触发一次回调。</w:t>
      </w:r>
    </w:p>
    <w:p>
      <w:pPr>
        <w:pStyle w:val="ListBullet"/>
      </w:pPr>
      <w:r>
        <w:t>rclpy.spin(node)：让节点持续运行、等待事件。</w:t>
      </w:r>
    </w:p>
    <w:p>
      <w:pPr>
        <w:pStyle w:val="Heading2"/>
      </w:pPr>
      <w:r>
        <w:t>第 3 步：在 setup.py 注册入口</w:t>
      </w:r>
    </w:p>
    <w:p>
      <w:r>
        <w:t>打开 setup.py，找到 entry_points，修改为：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entry_points={</w:t>
        <w:br/>
        <w:t xml:space="preserve">    'console_scripts': [</w:t>
        <w:br/>
        <w:t xml:space="preserve">        'publisher = my_first_pkg.publisher_node:main',</w:t>
        <w:br/>
        <w:t xml:space="preserve">    ],</w:t>
        <w:br/>
        <w:t>},</w:t>
      </w:r>
    </w:p>
    <w:p>
      <w:r>
        <w:t>含义：publisher 是运行命令名；my_first_pkg.publisher_node:main 表示到该文件找 main 函数。</w:t>
      </w:r>
    </w:p>
    <w:p>
      <w:pPr>
        <w:pStyle w:val="Heading2"/>
      </w:pPr>
      <w:r>
        <w:t>第 4 步：编译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cd ~/project/ros2_ws</w:t>
        <w:br/>
        <w:t>colcon build</w:t>
        <w:br/>
        <w:t>source install/setup.bash</w:t>
      </w:r>
    </w:p>
    <w:p>
      <w:r>
        <w:t>成功时会显示 1 package finished。</w:t>
      </w:r>
    </w:p>
    <w:p>
      <w:pPr>
        <w:pStyle w:val="Heading2"/>
      </w:pPr>
      <w:r>
        <w:t>第 5 步：运行与验证</w:t>
      </w:r>
    </w:p>
    <w:p>
      <w:r>
        <w:t>终端 1 运行节点：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ros2 run my_first_pkg publisher</w:t>
      </w:r>
    </w:p>
    <w:p>
      <w:r>
        <w:t>应每秒打印一条 “发送: 我自己写的节点，第 X 条”。</w:t>
      </w:r>
    </w:p>
    <w:p>
      <w:r>
        <w:t>另开终端验证：</w:t>
      </w:r>
    </w:p>
    <w:p>
      <w:pPr>
        <w:ind w:left="240"/>
      </w:pPr>
      <w:r>
        <w:rPr>
          <w:rFonts w:ascii="Consolas" w:hAnsi="Consolas"/>
          <w:color w:val="1A1A1A"/>
          <w:sz w:val="19"/>
        </w:rPr>
        <w:t>source ~/project/ros2_ws/install/setup.bash</w:t>
        <w:br/>
        <w:t>ros2 node list            # 应看到 /my_publisher</w:t>
        <w:br/>
        <w:t>ros2 topic list           # 应看到 /my_topic</w:t>
        <w:br/>
        <w:t>ros2 topic echo /my_topic # 能看到自己发的内容</w:t>
      </w:r>
    </w:p>
    <w:p>
      <w:pPr>
        <w:pStyle w:val="Heading1"/>
      </w:pPr>
      <w:r>
        <w:t>五、常见问题排查</w:t>
      </w:r>
    </w:p>
    <w:p>
      <w:pPr>
        <w:pStyle w:val="ListBullet"/>
      </w:pPr>
      <w:r>
        <w:t>colcon: command not found → sudo apt install python3-colcon-common-extensions。</w:t>
      </w:r>
    </w:p>
    <w:p>
      <w:pPr>
        <w:pStyle w:val="ListBullet"/>
      </w:pPr>
      <w:r>
        <w:t>ros2 run 找不到包/命令 → 忘记 source install/setup.bash。</w:t>
      </w:r>
    </w:p>
    <w:p>
      <w:pPr>
        <w:pStyle w:val="ListBullet"/>
      </w:pPr>
      <w:r>
        <w:t>ros2 run 仍找不到自己的节点 → setup.py 入口没注册或拼写错误。</w:t>
      </w:r>
    </w:p>
    <w:p>
      <w:pPr>
        <w:pStyle w:val="ListBullet"/>
      </w:pPr>
      <w:r>
        <w:t>colcon build 报错 → 多为 Python 缩进或语法错误，按提示行号检查。</w:t>
      </w:r>
    </w:p>
    <w:p>
      <w:pPr>
        <w:pStyle w:val="ListBullet"/>
      </w:pPr>
      <w:r>
        <w:t>打开新终端 ros2 不能用 → 确认 ~/.bashrc 中有 source /opt/ros/humble/setup.bash。</w:t>
      </w:r>
    </w:p>
    <w:p>
      <w:pPr>
        <w:pStyle w:val="Heading1"/>
      </w:pPr>
      <w:r>
        <w:t>六、下一步学习方向</w:t>
      </w:r>
    </w:p>
    <w:p>
      <w:pPr>
        <w:pStyle w:val="ListBullet"/>
      </w:pPr>
      <w:r>
        <w:t>编写订阅节点，接收 my_topic 并打印。</w:t>
      </w:r>
    </w:p>
    <w:p>
      <w:pPr>
        <w:pStyle w:val="ListBullet"/>
      </w:pPr>
      <w:r>
        <w:t>学习参数（ros2 param）与服务（Service）。</w:t>
      </w:r>
    </w:p>
    <w:p>
      <w:pPr>
        <w:pStyle w:val="ListBullet"/>
      </w:pPr>
      <w:r>
        <w:t>接入 USB 摄像头，把图像发布成话题。</w:t>
      </w:r>
    </w:p>
    <w:p>
      <w:pPr>
        <w:pStyle w:val="ListBullet"/>
      </w:pPr>
      <w:r>
        <w:t>接入 N10 激光雷达，在 RViz2 中查看点云。</w:t>
      </w:r>
    </w:p>
    <w:p>
      <w:pPr>
        <w:pStyle w:val="ListBullet"/>
      </w:pPr>
      <w:r>
        <w:t>为视觉课设定任务：巡线 / 目标追踪 / 跟随。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